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GERÜSTVERSICHERUNG – SCHADENMELDUNG</w:t>
      </w:r>
    </w:p>
    <w:p/>
    <w:p>
      <w:r>
        <w:rPr>
          <w:b/>
          <w:sz w:val="20"/>
        </w:rPr>
        <w:t>Angaben des Versicherungsnehmers:</w:t>
      </w:r>
    </w:p>
    <w:p>
      <w:r>
        <w:rPr>
          <w:b w:val="0"/>
          <w:sz w:val="20"/>
        </w:rPr>
        <w:t>Vor- und Nachname / Firmenname : ___________________________________________</w:t>
      </w:r>
    </w:p>
    <w:p>
      <w:r>
        <w:rPr>
          <w:b w:val="0"/>
          <w:sz w:val="20"/>
        </w:rPr>
        <w:t>Anschrift : _________________________________________________________________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_____________________________________________________________</w:t>
      </w:r>
    </w:p>
    <w:p>
      <w:r>
        <w:rPr>
          <w:b w:val="0"/>
          <w:sz w:val="20"/>
        </w:rPr>
        <w:t>E-Mail-Adresse : ____________________________________________________________</w:t>
      </w:r>
    </w:p>
    <w:p/>
    <w:p>
      <w:r>
        <w:rPr>
          <w:b/>
          <w:sz w:val="20"/>
        </w:rPr>
        <w:t>Versicherungsdaten:</w:t>
      </w:r>
    </w:p>
    <w:p>
      <w:r>
        <w:rPr>
          <w:b w:val="0"/>
          <w:sz w:val="20"/>
        </w:rPr>
        <w:t>Versicherungsnummer : ______________________________________________________</w:t>
      </w:r>
    </w:p>
    <w:p>
      <w:r>
        <w:rPr>
          <w:b w:val="0"/>
          <w:sz w:val="20"/>
        </w:rPr>
        <w:t>Versicherungsbeginn : _______________________________________________________</w:t>
      </w:r>
    </w:p>
    <w:p>
      <w:r>
        <w:rPr>
          <w:b w:val="0"/>
          <w:sz w:val="20"/>
        </w:rPr>
        <w:t>Versicherter Standort des Gerüstes : _________________________________________</w:t>
      </w:r>
    </w:p>
    <w:p/>
    <w:p>
      <w:r>
        <w:rPr>
          <w:b/>
          <w:sz w:val="20"/>
        </w:rPr>
        <w:t>Beschreibung des Schadens:</w:t>
      </w:r>
    </w:p>
    <w:p>
      <w:r>
        <w:rPr>
          <w:b w:val="0"/>
          <w:sz w:val="20"/>
        </w:rPr>
        <w:t>Datum und Uhrzeit des Schadens : ___________________________________________</w:t>
      </w:r>
    </w:p>
    <w:p>
      <w:r>
        <w:rPr>
          <w:b w:val="0"/>
          <w:sz w:val="20"/>
        </w:rPr>
        <w:t>Ort des Schadens : _________________________________________________________</w:t>
      </w:r>
    </w:p>
    <w:p>
      <w:r>
        <w:rPr>
          <w:b w:val="0"/>
          <w:sz w:val="20"/>
        </w:rPr>
        <w:t>Schadensart (z.B. Sturmschaden, Vandalismus, Unfall) : ________________________</w:t>
      </w:r>
    </w:p>
    <w:p>
      <w:r>
        <w:rPr>
          <w:b w:val="0"/>
          <w:sz w:val="20"/>
        </w:rPr>
        <w:t>Ausmaß des Schadens : ______________________________________________________</w:t>
      </w:r>
    </w:p>
    <w:p>
      <w:r>
        <w:rPr>
          <w:b w:val="0"/>
          <w:sz w:val="20"/>
        </w:rPr>
        <w:t>Zeugen (falls vorhanden) : ___________________________________________________</w:t>
      </w:r>
    </w:p>
    <w:p/>
    <w:p>
      <w:r>
        <w:rPr>
          <w:b/>
          <w:sz w:val="20"/>
        </w:rPr>
        <w:t>Ergriffene Maßnahmen nach dem Schaden: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/>
          <w:sz w:val="20"/>
        </w:rPr>
        <w:t>Angaben zur Haftpflicht (falls Dritte betroffen):</w:t>
      </w:r>
    </w:p>
    <w:p>
      <w:r>
        <w:rPr>
          <w:b w:val="0"/>
          <w:sz w:val="20"/>
        </w:rPr>
        <w:t>Name und Anschrift des Dritten : ____________________________________________</w:t>
      </w:r>
    </w:p>
    <w:p>
      <w:r>
        <w:rPr>
          <w:b w:val="0"/>
          <w:sz w:val="20"/>
        </w:rPr>
        <w:t>Schadenshöhe (geschätzt) : _________________________________________________</w:t>
      </w:r>
    </w:p>
    <w:p>
      <w:r>
        <w:rPr>
          <w:b w:val="0"/>
          <w:sz w:val="20"/>
        </w:rPr>
        <w:t>Weitere Hinweise : __________________________________________________________</w:t>
      </w:r>
    </w:p>
    <w:p/>
    <w:p>
      <w:r>
        <w:rPr>
          <w:b w:val="0"/>
          <w:sz w:val="20"/>
        </w:rPr>
        <w:t>Bitte senden Sie alle relevanten Dokumente und Fotos an Ihre Versicherungsgesellschaft.</w:t>
      </w:r>
    </w:p>
    <w:p>
      <w:r>
        <w:rPr>
          <w:b w:val="0"/>
          <w:sz w:val="20"/>
        </w:rPr>
        <w:t>Für Rückfragen steht Ihnen Ihre Versicherung unter der Ihnen bekannten Telefonnummer zur Verfügung.</w:t>
      </w:r>
    </w:p>
    <w:p/>
    <w:p/>
    <w:p>
      <w:r>
        <w:rPr>
          <w:b w:val="0"/>
          <w:sz w:val="20"/>
        </w:rPr>
        <w:t>Ort : ___________________________________________________________</w:t>
      </w:r>
    </w:p>
    <w:p>
      <w:r>
        <w:rPr>
          <w:b w:val="0"/>
          <w:sz w:val="20"/>
        </w:rPr>
        <w:t>Unterschrift Versicherungsnehmer : ____________________________________________</w:t>
      </w:r>
    </w:p>
    <w:p>
      <w:r>
        <w:rPr>
          <w:b w:val="0"/>
          <w:sz w:val="20"/>
        </w:rPr>
        <w:t>Datum : 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VERSICHERUNGSNEHMER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VERSICHERUNG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https://mustergenau.com/gerust-versicherung-melden-muster/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https://mustergenau.com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mustergenau.com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genau.com/gerust-versicherung-melden-muster/" TargetMode="External"/><Relationship Id="rId10" Type="http://schemas.openxmlformats.org/officeDocument/2006/relationships/hyperlink" Target="https://mustergenau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