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GEMA-VERTRAGSNUMMER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/ Firma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>
      <w:r>
        <w:rPr>
          <w:b w:val="0"/>
          <w:sz w:val="20"/>
        </w:rPr>
        <w:t>E-Mail (optional)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Gesellschaft für musikalische Aufführungs- und mechanische Vervielfältigungsrechte (GEMA)</w:t>
      </w:r>
    </w:p>
    <w:p>
      <w:r>
        <w:rPr>
          <w:b w:val="0"/>
          <w:sz w:val="20"/>
        </w:rPr>
        <w:t>Vereinigte Dienstleistungszentren der GEMA</w:t>
      </w:r>
    </w:p>
    <w:p>
      <w:r>
        <w:rPr>
          <w:b w:val="0"/>
          <w:sz w:val="20"/>
        </w:rPr>
        <w:t>Postfach 10 11 64</w:t>
      </w:r>
    </w:p>
    <w:p>
      <w:r>
        <w:rPr>
          <w:b w:val="0"/>
          <w:sz w:val="20"/>
        </w:rPr>
        <w:t>50451 Köln</w:t>
      </w:r>
    </w:p>
    <w:p/>
    <w:p>
      <w:r>
        <w:rPr>
          <w:b/>
          <w:sz w:val="20"/>
        </w:rPr>
        <w:t>Betreff: Kündigung der GEMA-Vertragsnummer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Vertrag mit der Vertragsnummer ________________________________________________ (bitte Vertragsnummer eintragen) fristgerecht zum nächstmöglichen Zeitpunkt.</w:t>
      </w:r>
    </w:p>
    <w:p/>
    <w:p>
      <w:r>
        <w:rPr>
          <w:b w:val="0"/>
          <w:sz w:val="20"/>
        </w:rPr>
        <w:t>Bitte bestätigen Sie mir schriftlich den Erhalt dieser Kündigung sowie das Datum, zu dem der Vertrag endet.</w:t>
      </w:r>
    </w:p>
    <w:p/>
    <w:p>
      <w:r>
        <w:rPr>
          <w:b w:val="0"/>
          <w:sz w:val="20"/>
        </w:rPr>
        <w:t>Ich bitte Sie außerdem, künftig keine weiteren Forderungen mehr an mich zu richten und meine personenbezogenen Daten nach Ablauf der gesetzlichen Aufbewahrungsfristen zu löschen.</w:t>
      </w:r>
    </w:p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https://mustergenau.com/gema-kundigen-per-post/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gema-kundigen-per-post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