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GARAGENMIETVERTRAG</w:t>
      </w:r>
    </w:p>
    <w:p/>
    <w:p>
      <w:r>
        <w:rPr>
          <w:b w:val="0"/>
          <w:sz w:val="20"/>
        </w:rPr>
        <w:t>Zwischen dem Vermieter und dem Mieter wird folgender Mietvertrag über eine Garage geschlossen:</w:t>
      </w:r>
    </w:p>
    <w:p/>
    <w:p>
      <w:r>
        <w:rPr>
          <w:b/>
          <w:sz w:val="20"/>
        </w:rPr>
        <w:t>Angaben des Vermieters :</w:t>
      </w:r>
    </w:p>
    <w:p>
      <w:r>
        <w:rPr>
          <w:b w:val="0"/>
          <w:sz w:val="20"/>
        </w:rPr>
        <w:t>Name, Vorname : _________________________________________________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Angaben des Mieters :</w:t>
      </w:r>
    </w:p>
    <w:p>
      <w:r>
        <w:rPr>
          <w:b w:val="0"/>
          <w:sz w:val="20"/>
        </w:rPr>
        <w:t>Name, Vorname : _________________________________________________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Mietobjekt :</w:t>
      </w:r>
    </w:p>
    <w:p>
      <w:r>
        <w:rPr>
          <w:b w:val="0"/>
          <w:sz w:val="20"/>
        </w:rPr>
        <w:t>Beschreibung der Garage : _________________________________________</w:t>
      </w:r>
    </w:p>
    <w:p>
      <w:r>
        <w:rPr>
          <w:b w:val="0"/>
          <w:sz w:val="20"/>
        </w:rPr>
        <w:t>Lage / Adresse : _________________________________________________</w:t>
      </w:r>
    </w:p>
    <w:p>
      <w:r>
        <w:rPr>
          <w:b w:val="0"/>
          <w:sz w:val="20"/>
        </w:rPr>
        <w:t>Größe (m²) : ___________________ Stellplatznummer (falls vorhanden) : __________</w:t>
      </w:r>
    </w:p>
    <w:p/>
    <w:p>
      <w:r>
        <w:rPr>
          <w:b/>
          <w:sz w:val="20"/>
        </w:rPr>
        <w:t>Mietzeit :</w:t>
      </w:r>
    </w:p>
    <w:p>
      <w:r>
        <w:rPr>
          <w:b w:val="0"/>
          <w:sz w:val="20"/>
        </w:rPr>
        <w:t>Die Garage wird unbefristet vermietet.</w:t>
      </w:r>
    </w:p>
    <w:p>
      <w:r>
        <w:rPr>
          <w:b w:val="0"/>
          <w:sz w:val="20"/>
        </w:rPr>
        <w:t>Der Mietvertrag kann von beiden Parteien mit einer Frist von drei Monaten zum Monatsende gekündigt werden.</w:t>
      </w:r>
    </w:p>
    <w:p/>
    <w:p>
      <w:r>
        <w:rPr>
          <w:b/>
          <w:sz w:val="20"/>
        </w:rPr>
        <w:t>Miete und Nebenkosten :</w:t>
      </w:r>
    </w:p>
    <w:p>
      <w:r>
        <w:rPr>
          <w:b w:val="0"/>
          <w:sz w:val="20"/>
        </w:rPr>
        <w:t>Die monatliche Miete beträgt : _____________________ EUR</w:t>
      </w:r>
    </w:p>
    <w:p>
      <w:r>
        <w:rPr>
          <w:b w:val="0"/>
          <w:sz w:val="20"/>
        </w:rPr>
        <w:t>Die Miete ist monatlich im Voraus zu zahlen auf folgendes Konto des Vermieters :</w:t>
      </w:r>
    </w:p>
    <w:p>
      <w:r>
        <w:rPr>
          <w:b w:val="0"/>
          <w:sz w:val="20"/>
        </w:rPr>
        <w:t>IBAN : _______________________________________________________</w:t>
      </w:r>
    </w:p>
    <w:p>
      <w:r>
        <w:rPr>
          <w:b w:val="0"/>
          <w:sz w:val="20"/>
        </w:rPr>
        <w:t>BIC : ________________________________________________________</w:t>
      </w:r>
    </w:p>
    <w:p>
      <w:r>
        <w:rPr>
          <w:b w:val="0"/>
          <w:sz w:val="20"/>
        </w:rPr>
        <w:t>Nebenkosten sind in der Miete enthalten / werden gesondert abgerechnet (bitte Zutreffendes ankreuzen).</w:t>
      </w:r>
    </w:p>
    <w:p/>
    <w:p>
      <w:r>
        <w:rPr>
          <w:b/>
          <w:sz w:val="20"/>
        </w:rPr>
        <w:t>Nutzung der Garage :</w:t>
      </w:r>
    </w:p>
    <w:p>
      <w:r>
        <w:rPr>
          <w:b w:val="0"/>
          <w:sz w:val="20"/>
        </w:rPr>
        <w:t>Die Garage darf ausschließlich zum Abstellen von Kraftfahrzeugen genutzt werden.</w:t>
      </w:r>
    </w:p>
    <w:p>
      <w:r>
        <w:rPr>
          <w:b w:val="0"/>
          <w:sz w:val="20"/>
        </w:rPr>
        <w:t>Eine anderweitige Nutzung, insbesondere als Werkstatt oder Lagerraum, ist untersagt.</w:t>
      </w:r>
    </w:p>
    <w:p/>
    <w:p>
      <w:r>
        <w:rPr>
          <w:b/>
          <w:sz w:val="20"/>
        </w:rPr>
        <w:t>Instandhaltung und Reparaturen :</w:t>
      </w:r>
    </w:p>
    <w:p>
      <w:r>
        <w:rPr>
          <w:b w:val="0"/>
          <w:sz w:val="20"/>
        </w:rPr>
        <w:t>Der Mieter verpflichtet sich, die Garage pfleglich zu behandeln und Schäden unverzüglich dem Vermieter zu melden.</w:t>
      </w:r>
    </w:p>
    <w:p>
      <w:r>
        <w:rPr>
          <w:b w:val="0"/>
          <w:sz w:val="20"/>
        </w:rPr>
        <w:t>Kleinreparaturen bis zu einem Betrag von 100 EUR trägt der Mieter.</w:t>
      </w:r>
    </w:p>
    <w:p>
      <w:r>
        <w:rPr>
          <w:b w:val="0"/>
          <w:sz w:val="20"/>
        </w:rPr>
        <w:t>Größere Reparaturen übernimmt der Vermieter, sofern diese nicht durch unsachgemäße Nutzung verursacht wurden.</w:t>
      </w:r>
    </w:p>
    <w:p/>
    <w:p>
      <w:r>
        <w:rPr>
          <w:b/>
          <w:sz w:val="20"/>
        </w:rPr>
        <w:t>Haftung :</w:t>
      </w:r>
    </w:p>
    <w:p>
      <w:r>
        <w:rPr>
          <w:b w:val="0"/>
          <w:sz w:val="20"/>
        </w:rPr>
        <w:t>Der Vermieter haftet nicht für Schäden an Fahrzeugen oder Gegenständen in der Garage, außer bei Vorsatz oder grober Fahrlässigkeit.</w:t>
      </w:r>
    </w:p>
    <w:p>
      <w:r>
        <w:rPr>
          <w:b w:val="0"/>
          <w:sz w:val="20"/>
        </w:rPr>
        <w:t>Der Mieter haftet für alle durch ihn oder seine Erfüllungsgehilfen verursachten Schäden.</w:t>
      </w:r>
    </w:p>
    <w:p/>
    <w:p>
      <w:r>
        <w:rPr>
          <w:b/>
          <w:sz w:val="20"/>
        </w:rPr>
        <w:t>Kündigung :</w:t>
      </w:r>
    </w:p>
    <w:p>
      <w:r>
        <w:rPr>
          <w:b w:val="0"/>
          <w:sz w:val="20"/>
        </w:rPr>
        <w:t>Der Mietvertrag kann von beiden Parteien mit einer Frist von drei Monaten zum Monatsende schriftlich gekündigt werden.</w:t>
      </w:r>
    </w:p>
    <w:p>
      <w:r>
        <w:rPr>
          <w:b w:val="0"/>
          <w:sz w:val="20"/>
        </w:rPr>
        <w:t>Das Recht zur fristlosen Kündigung aus wichtigem Grund bleibt unberührt.</w:t>
      </w:r>
    </w:p>
    <w:p/>
    <w:p>
      <w:r>
        <w:rPr>
          <w:b/>
          <w:sz w:val="20"/>
        </w:rPr>
        <w:t>Sonstige Vereinbarungen :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/>
    <w:p/>
    <w:p>
      <w:r>
        <w:rPr>
          <w:b w:val="0"/>
          <w:sz w:val="20"/>
        </w:rPr>
        <w:t xml:space="preserve">Ort : __________________________________  </w:t>
      </w:r>
    </w:p>
    <w:p>
      <w:r>
        <w:rPr>
          <w:b w:val="0"/>
          <w:sz w:val="20"/>
        </w:rPr>
        <w:t>Datum : 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https://mustergenau.com/garagenmietvertrag-vorlage/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garagenmietvertrag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