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FÜR FÜHRERSCHEINVERTRAG</w:t>
      </w:r>
    </w:p>
    <w:p/>
    <w:p>
      <w:r>
        <w:rPr>
          <w:b/>
          <w:sz w:val="20"/>
        </w:rPr>
        <w:t>Vertragsparteien :</w:t>
      </w:r>
    </w:p>
    <w:p>
      <w:r>
        <w:rPr>
          <w:b w:val="0"/>
          <w:sz w:val="20"/>
        </w:rPr>
        <w:t>Verkäufer (Fahrschule) : 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Käufer (Fahrschüler) :</w:t>
      </w:r>
    </w:p>
    <w:p>
      <w:r>
        <w:rPr>
          <w:b w:val="0"/>
          <w:sz w:val="20"/>
        </w:rPr>
        <w:t>Vor- und Nachname : ____________________________________________________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Der Verkäufer verpflichtet sich, den Käufer in der theoretischen und praktischen Führerscheinausbildung zu unterrichten und auf die Führerscheinprüfung vorzubereiten.</w:t>
      </w:r>
    </w:p>
    <w:p>
      <w:r>
        <w:rPr>
          <w:b w:val="0"/>
          <w:sz w:val="20"/>
        </w:rPr>
        <w:t>Der Käufer verpflichtet sich, die vereinbarten Gebühren termingerecht zu zahlen und an den Ausbildungsterminen teilzunehmen.</w:t>
      </w:r>
    </w:p>
    <w:p/>
    <w:p>
      <w:r>
        <w:rPr>
          <w:b/>
          <w:sz w:val="20"/>
        </w:rPr>
        <w:t>Leistungen und Ausbildungsumfang :</w:t>
      </w:r>
    </w:p>
    <w:p>
      <w:r>
        <w:rPr>
          <w:b w:val="0"/>
          <w:sz w:val="20"/>
        </w:rPr>
        <w:t>Theoretische Ausbildung : __________ Unterrichtseinheiten</w:t>
      </w:r>
    </w:p>
    <w:p>
      <w:r>
        <w:rPr>
          <w:b w:val="0"/>
          <w:sz w:val="20"/>
        </w:rPr>
        <w:t>Praktische Ausbildung : __________ Fahrstunden</w:t>
      </w:r>
    </w:p>
    <w:p>
      <w:r>
        <w:rPr>
          <w:b w:val="0"/>
          <w:sz w:val="20"/>
        </w:rPr>
        <w:t>Weitere Leistungen : ___________________________________________________</w:t>
      </w:r>
    </w:p>
    <w:p/>
    <w:p>
      <w:r>
        <w:rPr>
          <w:b/>
          <w:sz w:val="20"/>
        </w:rPr>
        <w:t>Preise und Zahlungsbedingungen :</w:t>
      </w:r>
    </w:p>
    <w:p>
      <w:r>
        <w:rPr>
          <w:b w:val="0"/>
          <w:sz w:val="20"/>
        </w:rPr>
        <w:t>Gesamtpreis der Ausbildung : _________________ EUR</w:t>
      </w:r>
    </w:p>
    <w:p>
      <w:r>
        <w:rPr>
          <w:b w:val="0"/>
          <w:sz w:val="20"/>
        </w:rPr>
        <w:t>Zahlungsweise : _______________________________________________________</w:t>
      </w:r>
    </w:p>
    <w:p/>
    <w:p>
      <w:r>
        <w:rPr>
          <w:b/>
          <w:sz w:val="20"/>
        </w:rPr>
        <w:t>§ 1 – Pflichten des Verkäufers</w:t>
      </w:r>
    </w:p>
    <w:p>
      <w:r>
        <w:rPr>
          <w:b w:val="0"/>
          <w:sz w:val="20"/>
        </w:rPr>
        <w:t>Der Verkäufer verpflichtet sich, die Ausbildung nach den gesetzlichen Vorgaben durchzuführen und den Ausbildungsfortschritt regelmäßig zu dokumentieren.</w:t>
      </w:r>
    </w:p>
    <w:p/>
    <w:p>
      <w:r>
        <w:rPr>
          <w:b/>
          <w:sz w:val="20"/>
        </w:rPr>
        <w:t>§ 2 – Pflichten des Käufers</w:t>
      </w:r>
    </w:p>
    <w:p>
      <w:r>
        <w:rPr>
          <w:b w:val="0"/>
          <w:sz w:val="20"/>
        </w:rPr>
        <w:t>Der Käufer verpflichtet sich, die Ausbildung ordnungsgemäß zu absolvieren, die Prüfungsordnung einzuhalten und die Kosten fristgerecht zu begleichen.</w:t>
      </w:r>
    </w:p>
    <w:p/>
    <w:p>
      <w:r>
        <w:rPr>
          <w:b/>
          <w:sz w:val="20"/>
        </w:rPr>
        <w:t>§ 3 – Haftungsausschluss</w:t>
      </w:r>
    </w:p>
    <w:p>
      <w:r>
        <w:rPr>
          <w:b w:val="0"/>
          <w:sz w:val="20"/>
        </w:rPr>
        <w:t>Der Verkäufer haftet nicht für Prüfungsversagen oder sonstige persönliche Konsequenzen des Käufers. Für Schäden, die durch grobe Fahrlässigkeit oder Vorsatz entstehen, bleibt die Haftung unberührt.</w:t>
      </w:r>
    </w:p>
    <w:p/>
    <w:p>
      <w:r>
        <w:rPr>
          <w:b/>
          <w:sz w:val="20"/>
        </w:rPr>
        <w:t>§ 4 – Vertragsdauer und Kündigung</w:t>
      </w:r>
    </w:p>
    <w:p>
      <w:r>
        <w:rPr>
          <w:b w:val="0"/>
          <w:sz w:val="20"/>
        </w:rPr>
        <w:t>Der Vertrag beginnt mit der Unterzeichnung beider Parteien und endet mit Abschluss der Ausbildung oder fristgerechter Kündigung.</w:t>
      </w:r>
    </w:p>
    <w:p>
      <w:r>
        <w:rPr>
          <w:b w:val="0"/>
          <w:sz w:val="20"/>
        </w:rPr>
        <w:t>Eine Kündigung ist schriftlich mit einer Frist von 14 Tagen zum Monatsende möglich.</w:t>
      </w:r>
    </w:p>
    <w:p/>
    <w:p>
      <w:r>
        <w:rPr>
          <w:b/>
          <w:sz w:val="20"/>
        </w:rPr>
        <w:t>§ 5 – Datenschutz</w:t>
      </w:r>
    </w:p>
    <w:p>
      <w:r>
        <w:rPr>
          <w:b w:val="0"/>
          <w:sz w:val="20"/>
        </w:rPr>
        <w:t>Die im Rahmen der Ausbildung erhobenen personenbezogenen Daten werden ausschließlich zum Zwecke der Vertragserfüllung genutzt und vertraulich behandelt.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Nebenabreden bestehen nicht. Änderungen und Ergänzungen bedürfen der Schriftform.</w:t>
      </w:r>
    </w:p>
    <w:p>
      <w:r>
        <w:rPr>
          <w:b w:val="0"/>
          <w:sz w:val="20"/>
        </w:rPr>
        <w:t>Gerichtsstand ist der Sitz des Verkäufers.</w:t>
      </w:r>
    </w:p>
    <w:p/>
    <w:p/>
    <w:p>
      <w:r>
        <w:rPr>
          <w:b w:val="0"/>
          <w:sz w:val="20"/>
        </w:rPr>
        <w:t>Ort : __________________________________________________________</w:t>
      </w:r>
    </w:p>
    <w:p>
      <w:r>
        <w:rPr>
          <w:b w:val="0"/>
          <w:sz w:val="20"/>
        </w:rPr>
        <w:t>Unterschrift Verkäufer : __________________________________________</w:t>
      </w:r>
    </w:p>
    <w:p>
      <w:r>
        <w:rPr>
          <w:b w:val="0"/>
          <w:sz w:val="20"/>
        </w:rPr>
        <w:t>Unterschrift Käufer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(Fahrschule)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(Fahrschüler)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https://mustergenau.com/fuhrerschein-vorlage/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fuhrerschei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