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FORMLOSES SCHREIBEN ZUR SCHLÜSSELÜBERGABE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Betreff: Schlüsselübergabe</w:t>
      </w:r>
    </w:p>
    <w:p/>
    <w:p>
      <w:r>
        <w:rPr>
          <w:b w:val="0"/>
          <w:sz w:val="20"/>
        </w:rPr>
        <w:t>hiermit bestätige ich, dass ich am oben genannten Tag und Ort die Schlüssel übergeben habe.</w:t>
      </w:r>
    </w:p>
    <w:p/>
    <w:p>
      <w:r>
        <w:rPr>
          <w:b/>
          <w:sz w:val="20"/>
        </w:rPr>
        <w:t>Folgende Schlüssel wurden übergeben:</w:t>
      </w:r>
    </w:p>
    <w:p>
      <w:r>
        <w:rPr>
          <w:b w:val="0"/>
          <w:sz w:val="20"/>
        </w:rPr>
        <w:t>- Wohnungsschlüssel : ______________________________</w:t>
      </w:r>
    </w:p>
    <w:p>
      <w:r>
        <w:rPr>
          <w:b w:val="0"/>
          <w:sz w:val="20"/>
        </w:rPr>
        <w:t>- Haustürschlüssel : ______________________________</w:t>
      </w:r>
    </w:p>
    <w:p>
      <w:r>
        <w:rPr>
          <w:b w:val="0"/>
          <w:sz w:val="20"/>
        </w:rPr>
        <w:t>- Briefkastenschlüssel : __________________________</w:t>
      </w:r>
    </w:p>
    <w:p>
      <w:r>
        <w:rPr>
          <w:b w:val="0"/>
          <w:sz w:val="20"/>
        </w:rPr>
        <w:t>- Sonstige Schlüssel : _____________________________</w:t>
      </w:r>
    </w:p>
    <w:p/>
    <w:p>
      <w:r>
        <w:rPr>
          <w:b w:val="0"/>
          <w:sz w:val="20"/>
        </w:rPr>
        <w:t>Der Übergeber bestätigt, dass die Schlüssel in einwandfreiem Zustand sind. Der Übernehmer bestätigt den Erhalt der genannten Schlüssel.</w:t>
      </w:r>
    </w:p>
    <w:p/>
    <w:p>
      <w:r>
        <w:rPr>
          <w:b w:val="0"/>
          <w:sz w:val="20"/>
        </w:rPr>
        <w:t>Mit der Schlüsselübergabe gehen alle Pflichten hinsichtlich der Schlüssel auf den Übernehmer über. Der Übergeber haftet nur für Schäden, die vor der Übergabe entstanden sind.</w:t>
      </w:r>
    </w:p>
    <w:p/>
    <w:p>
      <w:r>
        <w:rPr>
          <w:b/>
          <w:sz w:val="20"/>
        </w:rPr>
        <w:t>Weitere Vereinbarungen: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https://mustergenau.com/formloses-schreiben-schlusselubergabe/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formloses-schreiben-schlusselubergab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