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FORMLOSE EINVERSTÄNDNISERKLÄRUNG DES ANDEREN SORGEBERECHTIGTEN ELTERNTEILS</w:t>
      </w:r>
    </w:p>
    <w:p/>
    <w:p/>
    <w:p>
      <w:r>
        <w:rPr>
          <w:b/>
          <w:sz w:val="20"/>
        </w:rPr>
        <w:t>Hiermit erkläre ich, der/die unterzeichnende Sorgeberechtigte,</w:t>
      </w:r>
    </w:p>
    <w:p>
      <w:r>
        <w:rPr>
          <w:b w:val="0"/>
          <w:sz w:val="20"/>
        </w:rPr>
        <w:t>nachfolgend „Erklärende/r“ genannt, dass ich mit dem Umzug meines Kindes/ meiner Kinder wie nachfolgend beschrieben einverstanden bin.</w:t>
      </w:r>
    </w:p>
    <w:p/>
    <w:p>
      <w:r>
        <w:rPr>
          <w:b/>
          <w:sz w:val="20"/>
        </w:rPr>
        <w:t>Angaben zum Sorgeberechtigten :</w:t>
      </w:r>
    </w:p>
    <w:p>
      <w:r>
        <w:rPr>
          <w:b w:val="0"/>
          <w:sz w:val="20"/>
        </w:rPr>
        <w:t>Vor- und Nachname: ____________________________________________________________</w:t>
      </w:r>
    </w:p>
    <w:p>
      <w:r>
        <w:rPr>
          <w:b w:val="0"/>
          <w:sz w:val="20"/>
        </w:rPr>
        <w:t>Anschrift: _____________________________________________________________________</w:t>
      </w:r>
    </w:p>
    <w:p>
      <w:r>
        <w:rPr>
          <w:b w:val="0"/>
          <w:sz w:val="20"/>
        </w:rPr>
        <w:t>Telefonnummer: _________________________________________________________________</w:t>
      </w:r>
    </w:p>
    <w:p/>
    <w:p>
      <w:r>
        <w:rPr>
          <w:b/>
          <w:sz w:val="20"/>
        </w:rPr>
        <w:t>Angaben zum Kind / zu den Kindern :</w:t>
      </w:r>
    </w:p>
    <w:p>
      <w:r>
        <w:rPr>
          <w:b w:val="0"/>
          <w:sz w:val="20"/>
        </w:rPr>
        <w:t>Vor- und Nachname: ____________________________________________________________</w:t>
      </w:r>
    </w:p>
    <w:p>
      <w:r>
        <w:rPr>
          <w:b w:val="0"/>
          <w:sz w:val="20"/>
        </w:rPr>
        <w:t>Geburtsdatum: _________________________________________________________________</w:t>
      </w:r>
    </w:p>
    <w:p>
      <w:r>
        <w:rPr>
          <w:b w:val="0"/>
          <w:sz w:val="20"/>
        </w:rPr>
        <w:t>Vor- und Nachname (weiteres Kind): ____________________________________________</w:t>
      </w:r>
    </w:p>
    <w:p>
      <w:r>
        <w:rPr>
          <w:b w:val="0"/>
          <w:sz w:val="20"/>
        </w:rPr>
        <w:t>Geburtsdatum (weiteres Kind): _________________________________________________</w:t>
      </w:r>
    </w:p>
    <w:p/>
    <w:p>
      <w:r>
        <w:rPr>
          <w:b/>
          <w:sz w:val="20"/>
        </w:rPr>
        <w:t>Angaben zum geplanten Umzug :</w:t>
      </w:r>
    </w:p>
    <w:p>
      <w:r>
        <w:rPr>
          <w:b w:val="0"/>
          <w:sz w:val="20"/>
        </w:rPr>
        <w:t>Neuer Wohnort: ________________________________________________________________</w:t>
      </w:r>
    </w:p>
    <w:p>
      <w:r>
        <w:rPr>
          <w:b w:val="0"/>
          <w:sz w:val="20"/>
        </w:rPr>
        <w:t>Anschrift am neuen Wohnort: ____________________________________________________</w:t>
      </w:r>
    </w:p>
    <w:p>
      <w:r>
        <w:rPr>
          <w:b w:val="0"/>
          <w:sz w:val="20"/>
        </w:rPr>
        <w:t>Geplanter Umzugsbeginn: _______________________________________________________</w:t>
      </w:r>
    </w:p>
    <w:p/>
    <w:p>
      <w:r>
        <w:rPr>
          <w:b/>
          <w:sz w:val="20"/>
        </w:rPr>
        <w:t>Einverständniserklärung :</w:t>
      </w:r>
    </w:p>
    <w:p>
      <w:r>
        <w:rPr>
          <w:b w:val="0"/>
          <w:sz w:val="20"/>
        </w:rPr>
        <w:t>Ich erkläre hiermit ausdrücklich mein Einverständnis mit dem oben genannten Umzug des Kindes/der Kinder.</w:t>
      </w:r>
    </w:p>
    <w:p>
      <w:r>
        <w:rPr>
          <w:b w:val="0"/>
          <w:sz w:val="20"/>
        </w:rPr>
        <w:t>Mir ist bewusst, dass der Umzug Auswirkungen auf das Aufenthaltsbestimmungsrecht haben kann.</w:t>
      </w:r>
    </w:p>
    <w:p>
      <w:r>
        <w:rPr>
          <w:b w:val="0"/>
          <w:sz w:val="20"/>
        </w:rPr>
        <w:t>Ich verzichte auf die Geltendmachung von Einwänden gegen den Umzug und erkenne diesen als berechtigt an.</w:t>
      </w:r>
    </w:p>
    <w:p/>
    <w:p>
      <w:r>
        <w:rPr>
          <w:b/>
          <w:sz w:val="20"/>
        </w:rPr>
        <w:t>Haftungsausschluss :</w:t>
      </w:r>
    </w:p>
    <w:p>
      <w:r>
        <w:rPr>
          <w:b w:val="0"/>
          <w:sz w:val="20"/>
        </w:rPr>
        <w:t>Diese Einverständniserklärung ersetzt keine gerichtliche Entscheidung und entbindet nicht von weiteren gesetzlichen Pflichten.</w:t>
      </w:r>
    </w:p>
    <w:p/>
    <w:p>
      <w:r>
        <w:rPr>
          <w:b/>
          <w:sz w:val="20"/>
        </w:rPr>
        <w:t>Diese Erklärung wurde ohne äußeren Druck und nach reiflicher Überlegung abgegeben.</w:t>
      </w:r>
    </w:p>
    <w:p/>
    <w:p/>
    <w:p>
      <w:r>
        <w:rPr>
          <w:b w:val="0"/>
          <w:sz w:val="20"/>
        </w:rPr>
        <w:t>Ort : ________________________________________________________________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des anderen sorgeberechtigten Elternteils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https://mustergenau.com/formlose-einverstandniserklarung-des-anderen-sorgeberechtigten-elternteils-umzug/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formlose-einverstandniserklarung-des-anderen-sorgeberechtigten-elternteils-umzug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