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FACHUNTERNEHMERERKLÄRUNG SANITÄR</w:t>
      </w:r>
    </w:p>
    <w:p/>
    <w:p>
      <w:r>
        <w:rPr>
          <w:b/>
          <w:sz w:val="20"/>
        </w:rPr>
        <w:t>Angaben zum Auftraggeber:</w:t>
      </w:r>
    </w:p>
    <w:p>
      <w:r>
        <w:rPr>
          <w:b w:val="0"/>
          <w:sz w:val="20"/>
        </w:rPr>
        <w:t>Name / Firma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</w:t>
      </w:r>
    </w:p>
    <w:p/>
    <w:p>
      <w:r>
        <w:rPr>
          <w:b/>
          <w:sz w:val="20"/>
        </w:rPr>
        <w:t>Angaben zum Fachunternehmer:</w:t>
      </w:r>
    </w:p>
    <w:p>
      <w:r>
        <w:rPr>
          <w:b w:val="0"/>
          <w:sz w:val="20"/>
        </w:rPr>
        <w:t>Name / Firma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</w:t>
      </w:r>
    </w:p>
    <w:p>
      <w:r>
        <w:rPr>
          <w:b w:val="0"/>
          <w:sz w:val="20"/>
        </w:rPr>
        <w:t>Handwerksrolle-Nr. (sofern vorhanden) : ____________________________________</w:t>
      </w:r>
    </w:p>
    <w:p/>
    <w:p>
      <w:r>
        <w:rPr>
          <w:b/>
          <w:sz w:val="20"/>
        </w:rPr>
        <w:t>Beschreibung der durchgeführten Arbeiten:</w:t>
      </w:r>
    </w:p>
    <w:p>
      <w:r>
        <w:rPr>
          <w:b w:val="0"/>
          <w:sz w:val="20"/>
        </w:rPr>
        <w:t>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</w:t>
      </w:r>
    </w:p>
    <w:p/>
    <w:p>
      <w:r>
        <w:rPr>
          <w:b/>
          <w:sz w:val="20"/>
        </w:rPr>
        <w:t>Erklärung des Fachunternehmers:</w:t>
      </w:r>
    </w:p>
    <w:p>
      <w:r>
        <w:rPr>
          <w:b w:val="0"/>
          <w:sz w:val="20"/>
        </w:rPr>
        <w:t>Der Fachunternehmer erklärt, dass die ausgeführten Sanitärarbeiten den allgemein anerkannten Regeln der Technik, den geltenden DIN-Normen sowie den einschlägigen Vorschriften und Gesetzen entsprechen. Alle verwendeten Materialien sind für den vorgesehenen Einsatzzweck geeignet und entsprechen den geltenden technischen Anforderungen.</w:t>
      </w:r>
    </w:p>
    <w:p/>
    <w:p>
      <w:r>
        <w:rPr>
          <w:b w:val="0"/>
          <w:sz w:val="20"/>
        </w:rPr>
        <w:t>Der Fachunternehmer bestätigt, dass alle Arbeiten fachgerecht ausgeführt wurden und keine sicherheitsrelevanten Mängel vorliegen. Diese Erklärung erfolgt nach bestem Wissen und Gewissen.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Mit dieser Erklärung übernimmt der Fachunternehmer keine weitergehende Haftung für Schäden, die durch unsachgemäße Nutzung, Veränderungen oder Eingriffe Dritter am Installationssystem entstehen.</w:t>
      </w:r>
    </w:p>
    <w:p/>
    <w:p>
      <w:r>
        <w:rPr>
          <w:b/>
          <w:sz w:val="20"/>
        </w:rPr>
        <w:t>Sonstige Vereinbarungen:</w:t>
      </w:r>
    </w:p>
    <w:p>
      <w:r>
        <w:rPr>
          <w:b w:val="0"/>
          <w:sz w:val="20"/>
        </w:rPr>
        <w:t>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</w:t>
      </w:r>
    </w:p>
    <w:p/>
    <w:p/>
    <w:p>
      <w:r>
        <w:rPr>
          <w:b w:val="0"/>
          <w:sz w:val="20"/>
        </w:rPr>
        <w:t>Ort : _________________________________________________________</w:t>
      </w:r>
    </w:p>
    <w:p>
      <w:r>
        <w:rPr>
          <w:b w:val="0"/>
          <w:sz w:val="20"/>
        </w:rPr>
        <w:t>Datum : 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FACHUNTERNEHMER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https://mustergenau.com/fachunternehmererklarung-sanitar/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fachunternehmererklarung-sanita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