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ERSATZVOLLMACHT</w:t>
      </w:r>
    </w:p>
    <w:p/>
    <w:p>
      <w:r>
        <w:rPr>
          <w:b/>
          <w:sz w:val="20"/>
        </w:rPr>
        <w:t>Angaben des Vollmachtgebers:</w:t>
      </w:r>
    </w:p>
    <w:p>
      <w:r>
        <w:rPr>
          <w:b w:val="0"/>
          <w:sz w:val="20"/>
        </w:rPr>
        <w:t>Vor- und Nachname : ___________________________________________________</w:t>
      </w:r>
    </w:p>
    <w:p>
      <w:r>
        <w:rPr>
          <w:b w:val="0"/>
          <w:sz w:val="20"/>
        </w:rPr>
        <w:t>Geburtsdatum : _______________________________________________________</w:t>
      </w:r>
    </w:p>
    <w:p>
      <w:r>
        <w:rPr>
          <w:b w:val="0"/>
          <w:sz w:val="20"/>
        </w:rPr>
        <w:t>Anschrift : __________________________________________________________</w:t>
      </w:r>
    </w:p>
    <w:p>
      <w:r>
        <w:rPr>
          <w:b w:val="0"/>
          <w:sz w:val="20"/>
        </w:rPr>
        <w:t>Telefonnummer : ______________________________________________________</w:t>
      </w:r>
    </w:p>
    <w:p/>
    <w:p>
      <w:r>
        <w:rPr>
          <w:b/>
          <w:sz w:val="20"/>
        </w:rPr>
        <w:t>Angaben des Bevollmächtigten:</w:t>
      </w:r>
    </w:p>
    <w:p>
      <w:r>
        <w:rPr>
          <w:b w:val="0"/>
          <w:sz w:val="20"/>
        </w:rPr>
        <w:t>Vor- und Nachname : ___________________________________________________</w:t>
      </w:r>
    </w:p>
    <w:p>
      <w:r>
        <w:rPr>
          <w:b w:val="0"/>
          <w:sz w:val="20"/>
        </w:rPr>
        <w:t>Geburtsdatum : _______________________________________________________</w:t>
      </w:r>
    </w:p>
    <w:p>
      <w:r>
        <w:rPr>
          <w:b w:val="0"/>
          <w:sz w:val="20"/>
        </w:rPr>
        <w:t>Anschrift : __________________________________________________________</w:t>
      </w:r>
    </w:p>
    <w:p>
      <w:r>
        <w:rPr>
          <w:b w:val="0"/>
          <w:sz w:val="20"/>
        </w:rPr>
        <w:t>Telefonnummer : ______________________________________________________</w:t>
      </w:r>
    </w:p>
    <w:p/>
    <w:p>
      <w:r>
        <w:rPr>
          <w:b/>
          <w:sz w:val="20"/>
        </w:rPr>
        <w:t>§ 1 – Umfang der Vollmacht</w:t>
      </w:r>
    </w:p>
    <w:p>
      <w:r>
        <w:rPr>
          <w:b w:val="0"/>
          <w:sz w:val="20"/>
        </w:rPr>
        <w:t>Hiermit bevollmächtigt der Vollmachtgeber den Bevollmächtigten, in seinem Namen und für seine Rechnung rechtsverbindliche Erklärungen abzugeben und entgegenzunehmen sowie alle notwendigen Handlungen vorzunehmen, die im Zusammenhang mit folgendem Sachverhalt stehen:</w:t>
      </w:r>
    </w:p>
    <w:p>
      <w:r>
        <w:rPr>
          <w:b w:val="0"/>
          <w:sz w:val="20"/>
        </w:rPr>
        <w:t>________________________________________________________________________</w:t>
      </w:r>
    </w:p>
    <w:p>
      <w:r>
        <w:rPr>
          <w:b w:val="0"/>
          <w:sz w:val="20"/>
        </w:rPr>
        <w:t>________________________________________________________________________</w:t>
      </w:r>
    </w:p>
    <w:p/>
    <w:p>
      <w:r>
        <w:rPr>
          <w:b/>
          <w:sz w:val="20"/>
        </w:rPr>
        <w:t>§ 2 – Ersatzvollmacht</w:t>
      </w:r>
    </w:p>
    <w:p>
      <w:r>
        <w:rPr>
          <w:b w:val="0"/>
          <w:sz w:val="20"/>
        </w:rPr>
        <w:t>Der Bevollmächtigte ist berechtigt, im Falle seiner Verhinderung eine Untervollmacht zu erteilen, um die genannten Rechte auszuüben.</w:t>
      </w:r>
    </w:p>
    <w:p/>
    <w:p>
      <w:r>
        <w:rPr>
          <w:b/>
          <w:sz w:val="20"/>
        </w:rPr>
        <w:t>§ 3 – Gültigkeit der Vollmacht</w:t>
      </w:r>
    </w:p>
    <w:p>
      <w:r>
        <w:rPr>
          <w:b w:val="0"/>
          <w:sz w:val="20"/>
        </w:rPr>
        <w:t>Diese Ersatzvollmacht gilt ab Unterzeichnung und ist bis auf Widerruf gültig.</w:t>
      </w:r>
    </w:p>
    <w:p/>
    <w:p>
      <w:r>
        <w:rPr>
          <w:b/>
          <w:sz w:val="20"/>
        </w:rPr>
        <w:t>§ 4 – Haftung</w:t>
      </w:r>
    </w:p>
    <w:p>
      <w:r>
        <w:rPr>
          <w:b w:val="0"/>
          <w:sz w:val="20"/>
        </w:rPr>
        <w:t>Der Vollmachtgeber verpflichtet sich, die vom Bevollmächtigten im Rahmen dieser Vollmacht getroffenen Erklärungen und Handlungen zu akzeptieren und anzuerkennen. Die Haftung für Schäden, die durch die Ausübung der Vollmacht entstehen, übernimmt der Vollmachtgeber, soweit gesetzlich zulässig.</w:t>
      </w:r>
    </w:p>
    <w:p/>
    <w:p>
      <w:r>
        <w:rPr>
          <w:b/>
          <w:sz w:val="20"/>
        </w:rPr>
        <w:t>§ 5 – Sonstige Bestimmungen</w:t>
      </w:r>
    </w:p>
    <w:p>
      <w:r>
        <w:rPr>
          <w:b w:val="0"/>
          <w:sz w:val="20"/>
        </w:rPr>
        <w:t>Sollten einzelne Bestimmungen dieser Vollmacht unwirksam sein oder werden, so wird dadurch die Wirksamkeit der übrigen Bestimmungen nicht berührt.</w:t>
      </w:r>
    </w:p>
    <w:p/>
    <w:p/>
    <w:p>
      <w:r>
        <w:rPr>
          <w:b w:val="0"/>
          <w:sz w:val="20"/>
        </w:rPr>
        <w:t>Ort : ____________________________</w:t>
      </w:r>
    </w:p>
    <w:p>
      <w:r>
        <w:rPr>
          <w:b/>
          <w:sz w:val="20"/>
        </w:rPr>
        <w:t>Unterschrift Vollmachtgeber :</w:t>
      </w:r>
    </w:p>
    <w:p>
      <w:r>
        <w:rPr>
          <w:b w:val="0"/>
          <w:sz w:val="20"/>
        </w:rPr>
        <w:br/>
        <w:br/>
        <w:t>______________________________</w:t>
      </w:r>
    </w:p>
    <w:p/>
    <w:p/>
    <w:p>
      <w:r>
        <w:rPr>
          <w:b w:val="0"/>
          <w:sz w:val="20"/>
        </w:rPr>
        <w:t>Ort : ____________________________</w:t>
      </w:r>
    </w:p>
    <w:p>
      <w:r>
        <w:rPr>
          <w:b/>
          <w:sz w:val="20"/>
        </w:rPr>
        <w:t>Unterschrift Bevollmächtigter :</w:t>
      </w:r>
    </w:p>
    <w:p>
      <w:r>
        <w:rPr>
          <w:b w:val="0"/>
          <w:sz w:val="20"/>
        </w:rPr>
        <w:br/>
        <w:br/>
        <w:t>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Vollmachtgeber</w:t>
            </w:r>
          </w:p>
        </w:tc>
        <w:tc>
          <w:tcPr>
            <w:tcW w:type="dxa" w:w="4986"/>
            <w:tcBorders>
              <w:top w:val="nil"/>
              <w:left w:val="nil"/>
              <w:bottom w:val="nil"/>
              <w:right w:val="nil"/>
              <w:insideH w:val="nil"/>
              <w:insideV w:val="nil"/>
            </w:tcBorders>
          </w:tcPr>
          <w:p>
            <w:pPr>
              <w:jc w:val="center"/>
            </w:pPr>
            <w:r>
              <w:t>Bevollmächtigter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https://mustergenau.com/ersatzvollmacht-formular/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https://mustergenau.com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mustergenau.com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genau.com/ersatzvollmacht-formular/" TargetMode="External"/><Relationship Id="rId10" Type="http://schemas.openxmlformats.org/officeDocument/2006/relationships/hyperlink" Target="https://mustergen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