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EINZUGSERMÄCHTIGUNG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Name, Vorname : _______________________________________________</w:t>
      </w:r>
    </w:p>
    <w:p>
      <w:r>
        <w:rPr>
          <w:b w:val="0"/>
          <w:sz w:val="20"/>
        </w:rPr>
        <w:t>Straße, Hausnummer : __________________________________________</w:t>
      </w:r>
    </w:p>
    <w:p>
      <w:r>
        <w:rPr>
          <w:b w:val="0"/>
          <w:sz w:val="20"/>
        </w:rPr>
        <w:t>PLZ, Ort : ____________________________________________________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Empfänger (Unternehmen / Dienstleister)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Straße, Hausnummer : __________________________________________</w:t>
      </w:r>
    </w:p>
    <w:p>
      <w:r>
        <w:rPr>
          <w:b w:val="0"/>
          <w:sz w:val="20"/>
        </w:rPr>
        <w:t>PLZ, Ort : 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der Einzugsermächtigung / Lastschriftmandats</w:t>
      </w:r>
    </w:p>
    <w:p/>
    <w:p>
      <w:r>
        <w:rPr>
          <w:b/>
          <w:sz w:val="20"/>
        </w:rPr>
        <w:t>Sehr geehrte Damen und Herren,</w:t>
      </w:r>
    </w:p>
    <w:p/>
    <w:p>
      <w:r>
        <w:rPr>
          <w:b w:val="0"/>
          <w:sz w:val="20"/>
        </w:rPr>
        <w:t>hiermit widerrufe ich die Ihnen erteilte Einzugsermächtigung bzw. das Lastschriftmandat,</w:t>
      </w:r>
    </w:p>
    <w:p>
      <w:r>
        <w:rPr>
          <w:b w:val="0"/>
          <w:sz w:val="20"/>
        </w:rPr>
        <w:t>das Sie berechtigt, Zahlungen von meinem Konto einzuziehen. Bitte sehen Sie davon ab, weitere Beträge einzuziehen.</w:t>
      </w:r>
    </w:p>
    <w:p/>
    <w:p>
      <w:r>
        <w:rPr>
          <w:b w:val="0"/>
          <w:sz w:val="20"/>
        </w:rPr>
        <w:t>Bitte bestätigen Sie mir schriftlich die Löschung der Einzugsermächtigung sowie das Ende der Lastschriftmandats.</w:t>
      </w:r>
    </w:p>
    <w:p/>
    <w:p>
      <w:r>
        <w:rPr>
          <w:b/>
          <w:sz w:val="20"/>
        </w:rPr>
        <w:t>Bankverbindung :</w:t>
      </w:r>
    </w:p>
    <w:p>
      <w:r>
        <w:rPr>
          <w:b w:val="0"/>
          <w:sz w:val="20"/>
        </w:rPr>
        <w:t>Kontoinhaber : ________________________________________________</w:t>
      </w:r>
    </w:p>
    <w:p>
      <w:r>
        <w:rPr>
          <w:b w:val="0"/>
          <w:sz w:val="20"/>
        </w:rPr>
        <w:t>IBAN : ________________________________________________________</w:t>
      </w:r>
    </w:p>
    <w:p>
      <w:r>
        <w:rPr>
          <w:b w:val="0"/>
          <w:sz w:val="20"/>
        </w:rPr>
        <w:t>BIC : _________________________________________________________</w:t>
      </w:r>
    </w:p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Bitte beachten Sie, dass bereits eingeleitete oder angekündigte Abbuchungen nicht mehr gestoppt werden können.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    Datum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https://mustergenau.com/einzugsermachtigung-kundigen-vorlage/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einzugsermachtigung-kundigen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