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ZUR TEILNAHME AN DER WHATSAPP-GRUPPE DER ELTERN</w:t>
      </w:r>
    </w:p>
    <w:p/>
    <w:p>
      <w:r>
        <w:rPr>
          <w:b/>
          <w:sz w:val="20"/>
        </w:rPr>
        <w:t>Hiermit erkläre ich als Erziehungsberechtigte/r des Kindes:</w:t>
      </w:r>
    </w:p>
    <w:p/>
    <w:p>
      <w:r>
        <w:rPr>
          <w:b w:val="0"/>
          <w:sz w:val="20"/>
        </w:rPr>
        <w:t>Vor- und Nachname des Kindes : ___________________________________________________</w:t>
      </w:r>
    </w:p>
    <w:p>
      <w:r>
        <w:rPr>
          <w:b w:val="0"/>
          <w:sz w:val="20"/>
        </w:rPr>
        <w:t>Geburtsdatum des Kindes : ______________________________________________________</w:t>
      </w:r>
    </w:p>
    <w:p/>
    <w:p>
      <w:r>
        <w:rPr>
          <w:b w:val="0"/>
          <w:sz w:val="20"/>
        </w:rPr>
        <w:t>Vor- und Nachname der Erziehungsberechtigten : ____________________________________</w:t>
      </w:r>
    </w:p>
    <w:p>
      <w:r>
        <w:rPr>
          <w:b w:val="0"/>
          <w:sz w:val="20"/>
        </w:rPr>
        <w:t>Adresse : ______________________________________________________________________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_________________________________________________________________</w:t>
      </w:r>
    </w:p>
    <w:p/>
    <w:p>
      <w:r>
        <w:rPr>
          <w:b/>
          <w:sz w:val="20"/>
        </w:rPr>
        <w:t>Ich erkläre mich damit einverstanden, dass mein Kind an der WhatsApp-Gruppe der Eltern teilnimmt.</w:t>
      </w:r>
    </w:p>
    <w:p>
      <w:r>
        <w:rPr>
          <w:b w:val="0"/>
          <w:sz w:val="20"/>
        </w:rPr>
        <w:t>Mir ist bewusst, dass die Kommunikation in der WhatsApp-Gruppe zur Organisation und zum Informationsaustausch dient.</w:t>
      </w:r>
    </w:p>
    <w:p>
      <w:r>
        <w:rPr>
          <w:b w:val="0"/>
          <w:sz w:val="20"/>
        </w:rPr>
        <w:t>Ich verpflichte mich, die Privatsphäre aller Gruppenmitglieder zu respektieren und keine personenbezogenen Daten oder Nachrichten ohne Zustimmung weiterzugeben.</w:t>
      </w:r>
    </w:p>
    <w:p>
      <w:r>
        <w:rPr>
          <w:b w:val="0"/>
          <w:sz w:val="20"/>
        </w:rPr>
        <w:t>Mir ist bekannt, dass die Nutzung von WhatsApp datenschutzrechtliche Risiken birgt, die ich akzeptiere.</w:t>
      </w:r>
    </w:p>
    <w:p/>
    <w:p>
      <w:r>
        <w:rPr>
          <w:b/>
          <w:sz w:val="20"/>
        </w:rPr>
        <w:t>Ich entbinde die Schule, die Lehrkräfte und die Administratoren der WhatsApp-Gruppe von jeglicher Haftung für Schäden, die aus der Nutzung der Gruppe entstehen können.</w:t>
      </w:r>
    </w:p>
    <w:p/>
    <w:p>
      <w:r>
        <w:rPr>
          <w:b w:val="0"/>
          <w:sz w:val="20"/>
        </w:rPr>
        <w:t>Diese Einverständniserklärung gilt bis auf Widerruf und kann jederzeit schriftlich zurückgezogen werden.</w:t>
      </w:r>
    </w:p>
    <w:p>
      <w:r>
        <w:rPr>
          <w:b w:val="0"/>
          <w:sz w:val="20"/>
        </w:rPr>
        <w:t>Für Rückfragen stehe ich jederzeit zur Verfügung.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ERZIEHUNGSBERECHTIGTE/R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https://mustergenau.com/einverstandniserklarung-whatsapp-gruppe-eltern/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einverstandniserklarung-whatsapp-gruppe-eltern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