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EINVERSTÄNDNISERKLÄRUNG DES EIGENTÜMERS</w:t>
      </w:r>
    </w:p>
    <w:p/>
    <w:p>
      <w:r>
        <w:rPr>
          <w:b w:val="0"/>
          <w:sz w:val="20"/>
        </w:rPr>
        <w:t>Hiermit erkläre ich, der Unterzeichnende, als Eigentümer das nachfolgend bezeichnete Objekt mein ausdrückliches Einverständnis für die nachfolgend beschriebene Verwendung und/oder Maßnahme.</w:t>
      </w:r>
    </w:p>
    <w:p/>
    <w:p>
      <w:r>
        <w:rPr>
          <w:b/>
          <w:sz w:val="20"/>
        </w:rPr>
        <w:t>Angaben des Eigentümers: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Angaben zum Objekt:</w:t>
      </w:r>
    </w:p>
    <w:p>
      <w:r>
        <w:rPr>
          <w:b w:val="0"/>
          <w:sz w:val="20"/>
        </w:rPr>
        <w:t>Bezeichnung / Art des Objekts : ________________________________________</w:t>
      </w:r>
    </w:p>
    <w:p>
      <w:r>
        <w:rPr>
          <w:b w:val="0"/>
          <w:sz w:val="20"/>
        </w:rPr>
        <w:t>Hersteller / Marke (falls zutreffend) : _________________________________</w:t>
      </w:r>
    </w:p>
    <w:p>
      <w:r>
        <w:rPr>
          <w:b w:val="0"/>
          <w:sz w:val="20"/>
        </w:rPr>
        <w:t>Modell / Typ (falls zutreffend) : _______________________________________</w:t>
      </w:r>
    </w:p>
    <w:p>
      <w:r>
        <w:rPr>
          <w:b w:val="0"/>
          <w:sz w:val="20"/>
        </w:rPr>
        <w:t>Seriennummer / Identifikationsnummer : _________________________________</w:t>
      </w:r>
    </w:p>
    <w:p/>
    <w:p>
      <w:r>
        <w:rPr>
          <w:b/>
          <w:sz w:val="20"/>
        </w:rPr>
        <w:t>Zweck der Einverständniserklärung: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/>
    <w:p>
      <w:r>
        <w:rPr>
          <w:b/>
          <w:sz w:val="20"/>
        </w:rPr>
        <w:t>Bedingungen und Hinweise:</w:t>
      </w:r>
    </w:p>
    <w:p>
      <w:r>
        <w:rPr>
          <w:b w:val="0"/>
          <w:sz w:val="20"/>
        </w:rPr>
        <w:t>1. Das Einverständnis erfolgt freiwillig und kann jederzeit ohne Angabe von Gründen widerrufen werden.</w:t>
      </w:r>
    </w:p>
    <w:p>
      <w:r>
        <w:rPr>
          <w:b w:val="0"/>
          <w:sz w:val="20"/>
        </w:rPr>
        <w:t>2. Der Eigentümer bestätigt, dass er über alle erforderlichen Rechte an dem Objekt verfügt.</w:t>
      </w:r>
    </w:p>
    <w:p>
      <w:r>
        <w:rPr>
          <w:b w:val="0"/>
          <w:sz w:val="20"/>
        </w:rPr>
        <w:t>3. Mit Unterzeichnung bestätigt der Eigentümer, dass alle Angaben wahrheitsgemäß und vollständig sind.</w:t>
      </w:r>
    </w:p>
    <w:p/>
    <w:p>
      <w:r>
        <w:rPr>
          <w:b w:val="0"/>
          <w:sz w:val="20"/>
        </w:rPr>
        <w:t>Diese Erklärung erfolgt auf Grundlage der geltenden gesetzlichen Bestimmungen der Bundesrepublik Deutschland.</w:t>
      </w:r>
    </w:p>
    <w:p/>
    <w:p/>
    <w:p>
      <w:r>
        <w:rPr>
          <w:b w:val="0"/>
          <w:sz w:val="20"/>
        </w:rPr>
        <w:t>Ort : ________________________________________________________________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EIGENTÜMER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https://mustergenau.com/einverstandniserklarung-eigentumer-vorlage/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einverstandniserklarung-eigentumer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