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EINSTELLUNGSVEREINBARUNG</w:t>
      </w:r>
    </w:p>
    <w:p/>
    <w:p>
      <w:r>
        <w:rPr>
          <w:b/>
          <w:sz w:val="20"/>
        </w:rPr>
        <w:t>Angaben zum Arbeitgeber :</w:t>
      </w:r>
    </w:p>
    <w:p>
      <w:r>
        <w:rPr>
          <w:b w:val="0"/>
          <w:sz w:val="20"/>
        </w:rPr>
        <w:t>Firma / Name : ___________________________________________________</w:t>
      </w:r>
    </w:p>
    <w:p>
      <w:r>
        <w:rPr>
          <w:b w:val="0"/>
          <w:sz w:val="20"/>
        </w:rPr>
        <w:t>Adresse : ________________________________________________________</w:t>
      </w:r>
    </w:p>
    <w:p>
      <w:r>
        <w:rPr>
          <w:b w:val="0"/>
          <w:sz w:val="20"/>
        </w:rPr>
        <w:t>Vertreten durch : _________________________________________________</w:t>
      </w:r>
    </w:p>
    <w:p>
      <w:r>
        <w:rPr>
          <w:b w:val="0"/>
          <w:sz w:val="20"/>
        </w:rPr>
        <w:t>Telefon : _________________________________________________________</w:t>
      </w:r>
    </w:p>
    <w:p/>
    <w:p>
      <w:r>
        <w:rPr>
          <w:b/>
          <w:sz w:val="20"/>
        </w:rPr>
        <w:t>Angaben zum Arbeitnehmer 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Telefon : _________________________________________________________</w:t>
      </w:r>
    </w:p>
    <w:p/>
    <w:p>
      <w:r>
        <w:rPr>
          <w:b/>
          <w:sz w:val="20"/>
        </w:rPr>
        <w:t>§ 1 – Beginn und Dauer des Arbeitsverhältnisses</w:t>
      </w:r>
    </w:p>
    <w:p>
      <w:r>
        <w:rPr>
          <w:b w:val="0"/>
          <w:sz w:val="20"/>
        </w:rPr>
        <w:t>Das Arbeitsverhältnis beginnt mit Unterzeichnung dieser Vereinbarung und wird auf unbestimmte Zeit geschlossen, sofern nicht schriftlich etwas anderes vereinbart wird.</w:t>
      </w:r>
    </w:p>
    <w:p/>
    <w:p>
      <w:r>
        <w:rPr>
          <w:b/>
          <w:sz w:val="20"/>
        </w:rPr>
        <w:t>§ 2 – Tätigkeit</w:t>
      </w:r>
    </w:p>
    <w:p>
      <w:r>
        <w:rPr>
          <w:b w:val="0"/>
          <w:sz w:val="20"/>
        </w:rPr>
        <w:t>Der Arbeitnehmer wird als ___________________________________________ eingestellt. Der Arbeitgeber behält sich vor, dem Arbeitnehmer andere zumutbare Aufgaben zu übertragen.</w:t>
      </w:r>
    </w:p>
    <w:p/>
    <w:p>
      <w:r>
        <w:rPr>
          <w:b/>
          <w:sz w:val="20"/>
        </w:rPr>
        <w:t>§ 3 – Arbeitszeit</w:t>
      </w:r>
    </w:p>
    <w:p>
      <w:r>
        <w:rPr>
          <w:b w:val="0"/>
          <w:sz w:val="20"/>
        </w:rPr>
        <w:t>Die regelmäßige Arbeitszeit beträgt _________________ Stunden pro Woche und wird nach Absprache festgelegt.</w:t>
      </w:r>
    </w:p>
    <w:p/>
    <w:p>
      <w:r>
        <w:rPr>
          <w:b/>
          <w:sz w:val="20"/>
        </w:rPr>
        <w:t>§ 4 – Vergütung</w:t>
      </w:r>
    </w:p>
    <w:p>
      <w:r>
        <w:rPr>
          <w:b w:val="0"/>
          <w:sz w:val="20"/>
        </w:rPr>
        <w:t>Der Arbeitnehmer erhält eine Vergütung von _________________ EUR brutto monatlich, zahlbar zum Monatsende.</w:t>
      </w:r>
    </w:p>
    <w:p/>
    <w:p>
      <w:r>
        <w:rPr>
          <w:b/>
          <w:sz w:val="20"/>
        </w:rPr>
        <w:t>§ 5 – Urlaub</w:t>
      </w:r>
    </w:p>
    <w:p>
      <w:r>
        <w:rPr>
          <w:b w:val="0"/>
          <w:sz w:val="20"/>
        </w:rPr>
        <w:t>Der Arbeitnehmer hat Anspruch auf den gesetzlich vorgeschriebenen Mindesturlaub von 20 Tagen bei einer Fünf-Tage-Woche. Zusätzlich gelten etwaige tarifliche oder betriebliche Regelungen.</w:t>
      </w:r>
    </w:p>
    <w:p/>
    <w:p>
      <w:r>
        <w:rPr>
          <w:b/>
          <w:sz w:val="20"/>
        </w:rPr>
        <w:t>§ 6 – Pflichten des Arbeitnehmers</w:t>
      </w:r>
    </w:p>
    <w:p>
      <w:r>
        <w:rPr>
          <w:b w:val="0"/>
          <w:sz w:val="20"/>
        </w:rPr>
        <w:t>Der Arbeitnehmer verpflichtet sich, die ihm übertragenen Aufgaben gewissenhaft und entsprechend den Weisungen des Arbeitgebers auszuführen. Vertrauliche Informationen sind geheim zu halten.</w:t>
      </w:r>
    </w:p>
    <w:p/>
    <w:p>
      <w:r>
        <w:rPr>
          <w:b/>
          <w:sz w:val="20"/>
        </w:rPr>
        <w:t>§ 7 – Beendigung des Arbeitsverhältnisses</w:t>
      </w:r>
    </w:p>
    <w:p>
      <w:r>
        <w:rPr>
          <w:b w:val="0"/>
          <w:sz w:val="20"/>
        </w:rPr>
        <w:t>Das Arbeitsverhältnis kann von beiden Parteien unter Einhaltung der gesetzlichen Kündigungsfristen schriftlich gekündigt werden.</w:t>
      </w:r>
    </w:p>
    <w:p/>
    <w:p>
      <w:r>
        <w:rPr>
          <w:b/>
          <w:sz w:val="20"/>
        </w:rPr>
        <w:t>§ 8 – Sonstige Vereinbarungen</w:t>
      </w:r>
    </w:p>
    <w:p>
      <w:r>
        <w:rPr>
          <w:b w:val="0"/>
          <w:sz w:val="20"/>
        </w:rPr>
        <w:t>Mündliche Nebenabreden bestehen nicht. Änderungen und Ergänzungen dieser Vereinbarung bedürfen der Schriftform.</w:t>
      </w:r>
    </w:p>
    <w:p/>
    <w:p>
      <w:r>
        <w:rPr>
          <w:b/>
          <w:sz w:val="20"/>
        </w:rPr>
        <w:t>§ 9 – Gerichtsstand</w:t>
      </w:r>
    </w:p>
    <w:p>
      <w:r>
        <w:rPr>
          <w:b w:val="0"/>
          <w:sz w:val="20"/>
        </w:rPr>
        <w:t>Gerichtsstand für alle Streitigkeiten aus diesem Vertrag ist der Sitz des Arbeitgebers.</w:t>
      </w:r>
    </w:p>
    <w:p/>
    <w:p/>
    <w:p>
      <w:r>
        <w:rPr>
          <w:b w:val="0"/>
          <w:sz w:val="20"/>
        </w:rPr>
        <w:t>Ort : _________________________    Datum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https://mustergenau.com/einstellungsvereinbarung/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einstellungsvereinbarung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