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EINSpruch GEGEN VOLLSTRECKUNGSBESCHEID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</w:t>
      </w:r>
    </w:p>
    <w:p>
      <w:r>
        <w:rPr>
          <w:b w:val="0"/>
          <w:sz w:val="20"/>
        </w:rPr>
        <w:t>Anschrift : ________________________________________</w:t>
      </w:r>
    </w:p>
    <w:p>
      <w:r>
        <w:rPr>
          <w:b w:val="0"/>
          <w:sz w:val="20"/>
        </w:rPr>
        <w:t>Telefonnummer : ____________________________________</w:t>
      </w:r>
    </w:p>
    <w:p>
      <w:r>
        <w:rPr>
          <w:b w:val="0"/>
          <w:sz w:val="20"/>
        </w:rPr>
        <w:t>E-Mail (optional) : ________________________________</w:t>
      </w:r>
    </w:p>
    <w:p/>
    <w:p>
      <w:r>
        <w:rPr>
          <w:b/>
          <w:sz w:val="20"/>
        </w:rPr>
        <w:t>An das zuständige Vollstreckungsgericht</w:t>
      </w:r>
    </w:p>
    <w:p>
      <w:r>
        <w:rPr>
          <w:b w:val="0"/>
          <w:sz w:val="20"/>
        </w:rPr>
        <w:t>_______________________________________________ (Gerichtsname)</w:t>
      </w:r>
    </w:p>
    <w:p>
      <w:r>
        <w:rPr>
          <w:b w:val="0"/>
          <w:sz w:val="20"/>
        </w:rPr>
        <w:t>_______________________________________________ (Gerichtsanschrift)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Einspruch gegen den Vollstreckungsbescheid vom ____________________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lege ich fristgerecht Einspruch gegen den oben genannten Vollstreckungsbescheid ein.</w:t>
      </w:r>
    </w:p>
    <w:p/>
    <w:p>
      <w:r>
        <w:rPr>
          <w:b/>
          <w:sz w:val="20"/>
        </w:rPr>
        <w:t>Begründung: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Hinweise zur Zahlung oder weitere Erklärungen (falls vorhanden):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 w:val="0"/>
          <w:sz w:val="20"/>
        </w:rPr>
        <w:t>Ich bitte um Bestätigung des Eingangs und um Mitteilung über das weitere Verfahren.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: 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 (bitte deutlich lesbar)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https://mustergenau.com/einspruch-gegen-vollstreckungsbescheid-muster/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einspruch-gegen-vollstreckungsbescheid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