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DREHGENEHMIGUNG KINDER</w:t>
      </w:r>
    </w:p>
    <w:p/>
    <w:p>
      <w:r>
        <w:rPr>
          <w:b/>
          <w:sz w:val="20"/>
        </w:rPr>
        <w:t>Angaben zum Antragsteller (Erziehungsberechtigter):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Angaben zum/zu den Kind/ern, für die die Drehgenehmigung beantragt wird: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_________________________________________________</w:t>
      </w:r>
    </w:p>
    <w:p>
      <w:r>
        <w:rPr>
          <w:b w:val="0"/>
          <w:sz w:val="20"/>
        </w:rPr>
        <w:t>Anschrift (falls abweichend) : _____________________________________</w:t>
      </w:r>
    </w:p>
    <w:p/>
    <w:p>
      <w:r>
        <w:rPr>
          <w:b/>
          <w:sz w:val="20"/>
        </w:rPr>
        <w:t>Details zur Drehgenehmigung:</w:t>
      </w:r>
    </w:p>
    <w:p>
      <w:r>
        <w:rPr>
          <w:b w:val="0"/>
          <w:sz w:val="20"/>
        </w:rPr>
        <w:t>Drehort(e) : ______________________________________________________</w:t>
      </w:r>
    </w:p>
    <w:p>
      <w:r>
        <w:rPr>
          <w:b w:val="0"/>
          <w:sz w:val="20"/>
        </w:rPr>
        <w:t>Geplanter Drehzeitraum : ___________________________________________</w:t>
      </w:r>
    </w:p>
    <w:p>
      <w:r>
        <w:rPr>
          <w:b w:val="0"/>
          <w:sz w:val="20"/>
        </w:rPr>
        <w:t>Art des Drehs : ____________________________________________________</w:t>
      </w:r>
    </w:p>
    <w:p/>
    <w:p>
      <w:r>
        <w:rPr>
          <w:b/>
          <w:sz w:val="20"/>
        </w:rPr>
        <w:t>Einwilligungserklärung:</w:t>
      </w:r>
    </w:p>
    <w:p>
      <w:r>
        <w:rPr>
          <w:b w:val="0"/>
          <w:sz w:val="20"/>
        </w:rPr>
        <w:t>Hiermit erkläre ich als Erziehungsberechtigter mein Einverständnis zur Teilnahme meines Kindes / meiner Kinder am oben genannten Drehvorhaben.</w:t>
      </w:r>
    </w:p>
    <w:p>
      <w:r>
        <w:rPr>
          <w:b w:val="0"/>
          <w:sz w:val="20"/>
        </w:rPr>
        <w:t>Ich bestätige, dass alle rechtlichen Vorgaben zum Schutz der Kinder eingehalten werden.</w:t>
      </w:r>
    </w:p>
    <w:p/>
    <w:p>
      <w:r>
        <w:rPr>
          <w:b/>
          <w:sz w:val="20"/>
        </w:rPr>
        <w:t>Datenschutz:</w:t>
      </w:r>
    </w:p>
    <w:p>
      <w:r>
        <w:rPr>
          <w:b w:val="0"/>
          <w:sz w:val="20"/>
        </w:rPr>
        <w:t>Ich wurde darüber informiert, dass Bild- und Tonaufnahmen des Kindes/der Kinder verwendet und veröffentlicht werden können. Mit dieser Genehmigung willige ich in die Nutzung entsprechend der geltenden Datenschutzbestimmungen ein.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Für Schäden, die im Zusammenhang mit der Teilnahme am Dreh entstehen, übernimmt der Veranstalter keine Haftung, soweit nicht vorsätzliches oder grob fahrlässiges Verhalten vorliegt.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Diese Genehmigung gilt nur für den oben genannten Zweck und Zeitraum. Änderungen bedürfen der schriftlichen Zustimmung des Erziehungsberechtigten.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VERANSTALTER / PRODUKTION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https://mustergenau.com/drehgenehmigung-kinder-vorlage/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drehgenehmigung-kinder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