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An die Ausländerbehörde</w:t>
      </w:r>
    </w:p>
    <w:p>
      <w:r>
        <w:rPr>
          <w:b/>
          <w:sz w:val="20"/>
        </w:rPr>
        <w:t>_________________________</w:t>
      </w:r>
    </w:p>
    <w:p>
      <w:r>
        <w:rPr>
          <w:b w:val="0"/>
          <w:sz w:val="20"/>
        </w:rPr>
        <w:t>_________________________</w:t>
      </w:r>
    </w:p>
    <w:p>
      <w:r>
        <w:rPr>
          <w:b w:val="0"/>
          <w:sz w:val="20"/>
        </w:rPr>
        <w:t>_________________________</w:t>
      </w:r>
    </w:p>
    <w:p/>
    <w:p/>
    <w:p>
      <w:r>
        <w:rPr>
          <w:b/>
          <w:sz w:val="20"/>
        </w:rPr>
        <w:t>Betreff: Antrag auf Aufenthaltserlaubnis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die Erteilung einer Aufenthaltserlaubnis gemäß den geltenden Bestimmungen des Aufenthaltsgesetzes.</w:t>
      </w:r>
    </w:p>
    <w:p/>
    <w:p>
      <w:r>
        <w:rPr>
          <w:b/>
          <w:sz w:val="20"/>
        </w:rPr>
        <w:t>Persönliche Angaben: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Staatsangehörigkeit : _______________________________________________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zum Aufenthalt:</w:t>
      </w:r>
    </w:p>
    <w:p>
      <w:r>
        <w:rPr>
          <w:b w:val="0"/>
          <w:sz w:val="20"/>
        </w:rPr>
        <w:t>Grund des Aufenthalts : ____________________________________________</w:t>
      </w:r>
    </w:p>
    <w:p>
      <w:r>
        <w:rPr>
          <w:b w:val="0"/>
          <w:sz w:val="20"/>
        </w:rPr>
        <w:t>Geplante Aufenthaltsdauer : _________________________________________</w:t>
      </w:r>
    </w:p>
    <w:p>
      <w:r>
        <w:rPr>
          <w:b w:val="0"/>
          <w:sz w:val="20"/>
        </w:rPr>
        <w:t>Unterkunft : _______________________________________________________</w:t>
      </w:r>
    </w:p>
    <w:p/>
    <w:p>
      <w:r>
        <w:rPr>
          <w:b/>
          <w:sz w:val="20"/>
        </w:rPr>
        <w:t>Folgende Unterlagen füge ich diesem Antrag bei:</w:t>
      </w:r>
    </w:p>
    <w:p>
      <w:r>
        <w:rPr>
          <w:b w:val="0"/>
          <w:sz w:val="20"/>
        </w:rPr>
        <w:t>- Gültiger Pass oder Passersatz</w:t>
      </w:r>
    </w:p>
    <w:p>
      <w:r>
        <w:rPr>
          <w:b w:val="0"/>
          <w:sz w:val="20"/>
        </w:rPr>
        <w:t>- Nachweis über Krankenversicherung</w:t>
      </w:r>
    </w:p>
    <w:p>
      <w:r>
        <w:rPr>
          <w:b w:val="0"/>
          <w:sz w:val="20"/>
        </w:rPr>
        <w:t>- Nachweis über Mietvertrag oder Unterkunft</w:t>
      </w:r>
    </w:p>
    <w:p>
      <w:r>
        <w:rPr>
          <w:b w:val="0"/>
          <w:sz w:val="20"/>
        </w:rPr>
        <w:t>- Nachweis über Einkünfte oder Finanzierung</w:t>
      </w:r>
    </w:p>
    <w:p>
      <w:r>
        <w:rPr>
          <w:b w:val="0"/>
          <w:sz w:val="20"/>
        </w:rPr>
        <w:t>- Passfoto</w:t>
      </w:r>
    </w:p>
    <w:p/>
    <w:p>
      <w:r>
        <w:rPr>
          <w:b w:val="0"/>
          <w:sz w:val="20"/>
        </w:rPr>
        <w:t>Ich versichere, dass alle Angaben wahrheitsgemäß und vollständig sind. Mir ist bekannt, dass falsche Angaben rechtliche Konsequenzen nach sich ziehen können.</w:t>
      </w:r>
    </w:p>
    <w:p/>
    <w:p>
      <w:r>
        <w:rPr>
          <w:b w:val="0"/>
          <w:sz w:val="20"/>
        </w:rPr>
        <w:t>Für Rückfragen stehe ich selbstverständlich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https://mustergenau.com/brief-schreiben-fur-auslanderbehorde/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brief-schreiben-fur-auslanderbehord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