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BRIEF AN DAS JUGENDAMT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Jugendamt der Stadt/Gemeinde : 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__________________________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wende ich mich mit folgendem Anliegen an Sie:</w:t>
      </w:r>
    </w:p>
    <w:p/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</w:t>
      </w:r>
    </w:p>
    <w:p/>
    <w:p>
      <w:r>
        <w:rPr>
          <w:b w:val="0"/>
          <w:sz w:val="20"/>
        </w:rPr>
        <w:t>Ich bitte um Prüfung und Unterstützung in dieser Angelegenheit.</w:t>
      </w:r>
    </w:p>
    <w:p/>
    <w:p>
      <w:r>
        <w:rPr>
          <w:b w:val="0"/>
          <w:sz w:val="20"/>
        </w:rPr>
        <w:t>Für Rückfragen stehe ich Ihnen gerne zur Verfügung.</w:t>
      </w:r>
    </w:p>
    <w:p/>
    <w:p/>
    <w:p>
      <w:r>
        <w:rPr>
          <w:b w:val="0"/>
          <w:sz w:val="20"/>
        </w:rPr>
        <w:t>Mit freundlichen Grüßen</w:t>
      </w:r>
    </w:p>
    <w:p/>
    <w:p/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Unterschrift Absender</w:t>
      </w:r>
    </w:p>
    <w:p/>
    <w:p/>
    <w:p>
      <w:r>
        <w:rPr>
          <w:b w:val="0"/>
          <w:sz w:val="20"/>
        </w:rPr>
        <w:t>Ort : ______________________________________</w:t>
      </w:r>
    </w:p>
    <w:p>
      <w:r>
        <w:rPr>
          <w:b w:val="0"/>
          <w:sz w:val="20"/>
        </w:rPr>
        <w:t>Datum : 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https://mustergenau.com/brief-an-jugendamt-schreiben-muster/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brief-an-jugendamt-schreiben-muster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