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VERTRAG ÜBER DIE ÜBERTRAGUNG VON BILDRECHTEN</w:t>
      </w:r>
    </w:p>
    <w:p/>
    <w:p>
      <w:r>
        <w:rPr>
          <w:b/>
          <w:sz w:val="20"/>
        </w:rPr>
        <w:t>Vertragspartner:</w:t>
      </w:r>
    </w:p>
    <w:p>
      <w:r>
        <w:rPr>
          <w:b w:val="0"/>
          <w:sz w:val="20"/>
        </w:rPr>
        <w:t>Abtretender (Inhaber der Bildrechte):</w:t>
      </w:r>
    </w:p>
    <w:p>
      <w:r>
        <w:rPr>
          <w:b w:val="0"/>
          <w:sz w:val="20"/>
        </w:rPr>
        <w:t>Name : ________________________________________________________________</w:t>
      </w:r>
    </w:p>
    <w:p>
      <w:r>
        <w:rPr>
          <w:b w:val="0"/>
          <w:sz w:val="20"/>
        </w:rPr>
        <w:t>Anschrift : ___________________________________________________________</w:t>
      </w:r>
    </w:p>
    <w:p>
      <w:r>
        <w:rPr>
          <w:b w:val="0"/>
          <w:sz w:val="20"/>
        </w:rPr>
        <w:t>Telefonnummer : ______________________________________________________</w:t>
      </w:r>
    </w:p>
    <w:p/>
    <w:p>
      <w:r>
        <w:rPr>
          <w:b w:val="0"/>
          <w:sz w:val="20"/>
        </w:rPr>
        <w:t>Empfänger (Nutzer der Bildrechte):</w:t>
      </w:r>
    </w:p>
    <w:p>
      <w:r>
        <w:rPr>
          <w:b w:val="0"/>
          <w:sz w:val="20"/>
        </w:rPr>
        <w:t>Name / Firma : ________________________________________________________</w:t>
      </w:r>
    </w:p>
    <w:p>
      <w:r>
        <w:rPr>
          <w:b w:val="0"/>
          <w:sz w:val="20"/>
        </w:rPr>
        <w:t>Anschrift : ___________________________________________________________</w:t>
      </w:r>
    </w:p>
    <w:p>
      <w:r>
        <w:rPr>
          <w:b w:val="0"/>
          <w:sz w:val="20"/>
        </w:rPr>
        <w:t>Telefonnummer : ______________________________________________________</w:t>
      </w:r>
    </w:p>
    <w:p/>
    <w:p>
      <w:r>
        <w:rPr>
          <w:b/>
          <w:sz w:val="20"/>
        </w:rPr>
        <w:t>§ 1 – Gegenstand der Abtretung</w:t>
      </w:r>
    </w:p>
    <w:p>
      <w:r>
        <w:rPr>
          <w:b w:val="0"/>
          <w:sz w:val="20"/>
        </w:rPr>
        <w:t>Der Abtretende überträgt hiermit sämtliche Nutzungsrechte an den im Vertrag spezifizierten Bildern an den Empfänger. Die Abtretung umfasst insbesondere das Recht zur Vervielfältigung, Verbreitung, Ausstellung, und öffentlichen Zugänglichmachung der Bilder.</w:t>
      </w:r>
    </w:p>
    <w:p/>
    <w:p>
      <w:r>
        <w:rPr>
          <w:b/>
          <w:sz w:val="20"/>
        </w:rPr>
        <w:t>§ 2 – Beschreibung der Bildrechte</w:t>
      </w:r>
    </w:p>
    <w:p>
      <w:r>
        <w:rPr>
          <w:b w:val="0"/>
          <w:sz w:val="20"/>
        </w:rPr>
        <w:t>Die übertragenen Bildrechte betreffen folgende Bilder (bitte beschreiben oder ggf. anfügen):</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 3 – Umfang der Rechte</w:t>
      </w:r>
    </w:p>
    <w:p>
      <w:r>
        <w:rPr>
          <w:b w:val="0"/>
          <w:sz w:val="20"/>
        </w:rPr>
        <w:t>Die Abtretung erfolgt ausschließlich für die in § 2 genannten Bilder und umfasst alle bekannten und unbekannten Nutzungsarten im Rahmen des Urheberrechtsgesetzes. Eine Weiterübertragung der Rechte bedarf der ausdrücklichen schriftlichen Zustimmung des Abtretenden.</w:t>
      </w:r>
    </w:p>
    <w:p/>
    <w:p>
      <w:r>
        <w:rPr>
          <w:b/>
          <w:sz w:val="20"/>
        </w:rPr>
        <w:t>§ 4 – Vergütung</w:t>
      </w:r>
    </w:p>
    <w:p>
      <w:r>
        <w:rPr>
          <w:b w:val="0"/>
          <w:sz w:val="20"/>
        </w:rPr>
        <w:t>Für die Übertragung der Bildrechte erhält der Abtretende eine einmalige Vergütung in Höhe von __________________ EUR. Andere oder weitere Vergütungen bestehen nicht.</w:t>
      </w:r>
    </w:p>
    <w:p/>
    <w:p>
      <w:r>
        <w:rPr>
          <w:b/>
          <w:sz w:val="20"/>
        </w:rPr>
        <w:t>§ 5 – Gewährleistung und Haftung</w:t>
      </w:r>
    </w:p>
    <w:p>
      <w:r>
        <w:rPr>
          <w:b w:val="0"/>
          <w:sz w:val="20"/>
        </w:rPr>
        <w:t>Der Abtretende versichert, dass er Inhaber der Bildrechte ist und dass die übertragenen Rechte frei von Rechten Dritter sind. Für die Rechtmäßigkeit der Bildrechte und deren Übertragbarkeit übernimmt der Abtretende Haftung.</w:t>
      </w:r>
    </w:p>
    <w:p/>
    <w:p>
      <w:r>
        <w:rPr>
          <w:b/>
          <w:sz w:val="20"/>
        </w:rPr>
        <w:t>§ 6 – Vertragsdauer und Kündigung</w:t>
      </w:r>
    </w:p>
    <w:p>
      <w:r>
        <w:rPr>
          <w:b w:val="0"/>
          <w:sz w:val="20"/>
        </w:rPr>
        <w:t>Dieser Vertrag tritt mit Unterzeichnung in Kraft und gilt unbefristet. Eine Kündigung ist ausgeschlossen, soweit nicht gesetzlich zwingend etwas anderes geregelt ist.</w:t>
      </w:r>
    </w:p>
    <w:p/>
    <w:p>
      <w:r>
        <w:rPr>
          <w:b/>
          <w:sz w:val="20"/>
        </w:rPr>
        <w:t>§ 7 – Schlussbestimmungen</w:t>
      </w:r>
    </w:p>
    <w:p>
      <w:r>
        <w:rPr>
          <w:b w:val="0"/>
          <w:sz w:val="20"/>
        </w:rPr>
        <w:t>Änderungen und Ergänzungen dieses Vertrages bedürfen der Schriftform. Sollten einzelne Bestimmungen dieses Vertrages unwirksam sein oder werden, so bleibt die Wirksamkeit der übrigen Bestimmungen unberührt.</w:t>
      </w:r>
    </w:p>
    <w:p/>
    <w:p/>
    <w:p>
      <w:r>
        <w:rPr>
          <w:b w:val="0"/>
          <w:sz w:val="20"/>
        </w:rPr>
        <w:t>Ort : _________________________________________________________</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Abtretender (Inhaber der Bildrechte)</w:t>
            </w:r>
          </w:p>
        </w:tc>
        <w:tc>
          <w:tcPr>
            <w:tcW w:type="dxa" w:w="4986"/>
            <w:tcBorders>
              <w:top w:val="nil"/>
              <w:left w:val="nil"/>
              <w:bottom w:val="nil"/>
              <w:right w:val="nil"/>
              <w:insideH w:val="nil"/>
              <w:insideV w:val="nil"/>
            </w:tcBorders>
          </w:tcPr>
          <w:p>
            <w:pPr>
              <w:jc w:val="center"/>
            </w:pPr>
            <w:r>
              <w:t>Empfänger (Nutzer der Bildrechte)</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https://mustergenau.com/bildrechte-abtreten-vorlage/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https://mustergenau.com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mustergenau.com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genau.com/bildrechte-abtreten-vorlage/" TargetMode="External"/><Relationship Id="rId10" Type="http://schemas.openxmlformats.org/officeDocument/2006/relationships/hyperlink" Target="https://mustergen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