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BETRIEBLICHER AUSBILDUNGSPLAN</w:t>
      </w:r>
    </w:p>
    <w:p/>
    <w:p>
      <w:r>
        <w:rPr>
          <w:b/>
          <w:sz w:val="20"/>
        </w:rPr>
        <w:t>Ausbildungsbetrieb :</w:t>
      </w:r>
    </w:p>
    <w:p>
      <w:r>
        <w:rPr>
          <w:b w:val="0"/>
          <w:sz w:val="20"/>
        </w:rPr>
        <w:t>Name des Betriebs : 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</w:t>
      </w:r>
    </w:p>
    <w:p/>
    <w:p>
      <w:r>
        <w:rPr>
          <w:b/>
          <w:sz w:val="20"/>
        </w:rPr>
        <w:t>Auszubildender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Geburtsdatum : _________________________________________________</w:t>
      </w:r>
    </w:p>
    <w:p>
      <w:r>
        <w:rPr>
          <w:b w:val="0"/>
          <w:sz w:val="20"/>
        </w:rPr>
        <w:t>Ausbildungsberuf : ________________________________________________</w:t>
      </w:r>
    </w:p>
    <w:p/>
    <w:p>
      <w:r>
        <w:rPr>
          <w:b/>
          <w:sz w:val="20"/>
        </w:rPr>
        <w:t>Ausbildungszeitraum :</w:t>
      </w:r>
    </w:p>
    <w:p>
      <w:r>
        <w:rPr>
          <w:b w:val="0"/>
          <w:sz w:val="20"/>
        </w:rPr>
        <w:t>Beginn der Ausbildung : __________________________________________</w:t>
      </w:r>
    </w:p>
    <w:p>
      <w:r>
        <w:rPr>
          <w:b w:val="0"/>
          <w:sz w:val="20"/>
        </w:rPr>
        <w:t>Ende der Ausbildung : ____________________________________________</w:t>
      </w:r>
    </w:p>
    <w:p/>
    <w:p>
      <w:r>
        <w:rPr>
          <w:b/>
          <w:sz w:val="20"/>
        </w:rPr>
        <w:t>Ausbildungsinhalte und Tätigkeiten</w:t>
      </w:r>
    </w:p>
    <w:p>
      <w:r>
        <w:rPr>
          <w:b w:val="0"/>
          <w:sz w:val="20"/>
        </w:rPr>
        <w:t>Die nachfolgende Übersicht zeigt die vorgesehenen Ausbildungsabschnitte sowie die zu vermittelnden Kenntnisse und Fertigkeiten.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Zeitraum</w:t>
            </w:r>
          </w:p>
        </w:tc>
        <w:tc>
          <w:tcPr>
            <w:tcW w:type="dxa" w:w="3324"/>
          </w:tcPr>
          <w:p>
            <w:r>
              <w:t>Ausbildungsinhalt</w:t>
            </w:r>
          </w:p>
        </w:tc>
        <w:tc>
          <w:tcPr>
            <w:tcW w:type="dxa" w:w="3324"/>
          </w:tcPr>
          <w:p>
            <w:r>
              <w:t>Vermittelte Kenntnisse und Fertigkeiten</w:t>
            </w:r>
          </w:p>
        </w:tc>
      </w:tr>
      <w:tr>
        <w:tc>
          <w:tcPr>
            <w:tcW w:type="dxa" w:w="3324"/>
          </w:tcPr>
          <w:p>
            <w:r>
              <w:t>Monat 1-3</w:t>
            </w:r>
          </w:p>
        </w:tc>
        <w:tc>
          <w:tcPr>
            <w:tcW w:type="dxa" w:w="3324"/>
          </w:tcPr>
          <w:p>
            <w:r>
              <w:t>Einführung in den Betrieb und allgemeine Arbeitssicherheit</w:t>
            </w:r>
          </w:p>
        </w:tc>
        <w:tc>
          <w:tcPr>
            <w:tcW w:type="dxa" w:w="3324"/>
          </w:tcPr>
          <w:p>
            <w:r>
              <w:t>Betriebsorganisation, Sicherheitsregeln, Umgang mit Werkzeugen</w:t>
            </w:r>
          </w:p>
        </w:tc>
      </w:tr>
      <w:tr>
        <w:tc>
          <w:tcPr>
            <w:tcW w:type="dxa" w:w="3324"/>
          </w:tcPr>
          <w:p>
            <w:r>
              <w:t>Monat 4-6</w:t>
            </w:r>
          </w:p>
        </w:tc>
        <w:tc>
          <w:tcPr>
            <w:tcW w:type="dxa" w:w="3324"/>
          </w:tcPr>
          <w:p>
            <w:r>
              <w:t>Grundlagen des Ausbildungsberufs</w:t>
            </w:r>
          </w:p>
        </w:tc>
        <w:tc>
          <w:tcPr>
            <w:tcW w:type="dxa" w:w="3324"/>
          </w:tcPr>
          <w:p>
            <w:r>
              <w:t>Bedienung von Maschinen, Arbeitstechniken</w:t>
            </w:r>
          </w:p>
        </w:tc>
      </w:tr>
      <w:tr>
        <w:tc>
          <w:tcPr>
            <w:tcW w:type="dxa" w:w="3324"/>
          </w:tcPr>
          <w:p>
            <w:r>
              <w:t>Monat 7-12</w:t>
            </w:r>
          </w:p>
        </w:tc>
        <w:tc>
          <w:tcPr>
            <w:tcW w:type="dxa" w:w="3324"/>
          </w:tcPr>
          <w:p>
            <w:r>
              <w:t>Vertiefte praktische Ausbildung</w:t>
            </w:r>
          </w:p>
        </w:tc>
        <w:tc>
          <w:tcPr>
            <w:tcW w:type="dxa" w:w="3324"/>
          </w:tcPr>
          <w:p>
            <w:r>
              <w:t>Selbständige Durchführung von Arbeitsaufträgen, Qualitätskontrolle</w:t>
            </w:r>
          </w:p>
        </w:tc>
      </w:tr>
      <w:tr>
        <w:tc>
          <w:tcPr>
            <w:tcW w:type="dxa" w:w="3324"/>
          </w:tcPr>
          <w:p>
            <w:r>
              <w:t>Monat 13-24</w:t>
            </w:r>
          </w:p>
        </w:tc>
        <w:tc>
          <w:tcPr>
            <w:tcW w:type="dxa" w:w="3324"/>
          </w:tcPr>
          <w:p>
            <w:r>
              <w:t>Abschlussvorbereitung und Spezialisierung</w:t>
            </w:r>
          </w:p>
        </w:tc>
        <w:tc>
          <w:tcPr>
            <w:tcW w:type="dxa" w:w="3324"/>
          </w:tcPr>
          <w:p>
            <w:r>
              <w:t>Projektarbeit, Prüfungsvorbereitung, spezielle Fachkenntnisse</w:t>
            </w:r>
          </w:p>
        </w:tc>
      </w:tr>
    </w:tbl>
    <w:p/>
    <w:p/>
    <w:p>
      <w:r>
        <w:rPr>
          <w:b/>
          <w:sz w:val="20"/>
        </w:rPr>
        <w:t>Verpflichtungen des Ausbildungsbetriebs</w:t>
      </w:r>
    </w:p>
    <w:p>
      <w:r>
        <w:rPr>
          <w:b w:val="0"/>
          <w:sz w:val="20"/>
        </w:rPr>
        <w:t>Der Ausbildungsbetrieb verpflichtet sich, die Ausbildung gemäß dem Ausbildungsrahmenplan durchzuführen und den Auszubildenden fachlich zu fördern.</w:t>
      </w:r>
    </w:p>
    <w:p/>
    <w:p>
      <w:r>
        <w:rPr>
          <w:b/>
          <w:sz w:val="20"/>
        </w:rPr>
        <w:t>Pflichten des Auszubildenden</w:t>
      </w:r>
    </w:p>
    <w:p>
      <w:r>
        <w:rPr>
          <w:b w:val="0"/>
          <w:sz w:val="20"/>
        </w:rPr>
        <w:t>Der Auszubildende verpflichtet sich, die ihm übertragenen Aufgaben gewissenhaft auszuführen, an den Ausbildungsmaßnahmen teilzunehmen und die betrieblichen Vorschriften zu beachten.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Ausbildender (Betrieb)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Auszubildender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https://mustergenau.com/betrieblicher-ausbildungsplan-vorlage/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betrieblicher-ausbildungsplan-vorlage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