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BETREUERWECHSEL VERSICHERUNG</w:t>
      </w:r>
    </w:p>
    <w:p/>
    <w:p>
      <w:r>
        <w:rPr>
          <w:b/>
          <w:sz w:val="20"/>
        </w:rPr>
        <w:t>Angaben des bisherigen Betreuers (Versicherungsagentur) :</w:t>
      </w:r>
    </w:p>
    <w:p>
      <w:r>
        <w:rPr>
          <w:b w:val="0"/>
          <w:sz w:val="20"/>
        </w:rPr>
        <w:t>Name der Versicherungsgesellschaft : ________________________________________________</w:t>
      </w:r>
    </w:p>
    <w:p>
      <w:r>
        <w:rPr>
          <w:b w:val="0"/>
          <w:sz w:val="20"/>
        </w:rPr>
        <w:t>Betreuername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</w:t>
      </w:r>
    </w:p>
    <w:p>
      <w:r>
        <w:rPr>
          <w:b w:val="0"/>
          <w:sz w:val="20"/>
        </w:rPr>
        <w:t>Versicherungsnummer : ____________________________________________________________</w:t>
      </w:r>
    </w:p>
    <w:p/>
    <w:p>
      <w:r>
        <w:rPr>
          <w:b/>
          <w:sz w:val="20"/>
        </w:rPr>
        <w:t>Angaben des neuen Betreuers (Versicherungsagentur) :</w:t>
      </w:r>
    </w:p>
    <w:p>
      <w:r>
        <w:rPr>
          <w:b w:val="0"/>
          <w:sz w:val="20"/>
        </w:rPr>
        <w:t>Name der Versicherungsgesellschaft : ________________________________________________</w:t>
      </w:r>
    </w:p>
    <w:p>
      <w:r>
        <w:rPr>
          <w:b w:val="0"/>
          <w:sz w:val="20"/>
        </w:rPr>
        <w:t>Betreuername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</w:t>
      </w:r>
    </w:p>
    <w:p/>
    <w:p>
      <w:r>
        <w:rPr>
          <w:b/>
          <w:sz w:val="20"/>
        </w:rPr>
        <w:t>Angaben des Versicherungsnehmers :</w:t>
      </w:r>
    </w:p>
    <w:p>
      <w:r>
        <w:rPr>
          <w:b w:val="0"/>
          <w:sz w:val="20"/>
        </w:rPr>
        <w:t>Vor- und Nachname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________________________________________________________________</w:t>
      </w:r>
    </w:p>
    <w:p/>
    <w:p>
      <w:r>
        <w:rPr>
          <w:b/>
          <w:sz w:val="20"/>
        </w:rPr>
        <w:t>Erklärung zum Betreuerwechsel :</w:t>
      </w:r>
    </w:p>
    <w:p>
      <w:r>
        <w:rPr>
          <w:b w:val="0"/>
          <w:sz w:val="20"/>
        </w:rPr>
        <w:t>Hiermit erteile ich der neuen Versicherungsgesellschaft und dem genannten Betreuer das Mandat, meine Versicherungsverträge zu betreuen und abzuwickeln.</w:t>
      </w:r>
    </w:p>
    <w:p>
      <w:r>
        <w:rPr>
          <w:b w:val="0"/>
          <w:sz w:val="20"/>
        </w:rPr>
        <w:t>Ich widerrufe gleichzeitig das Mandat gegenüber dem bisherigen Betreuer.</w:t>
      </w:r>
    </w:p>
    <w:p>
      <w:r>
        <w:rPr>
          <w:b w:val="0"/>
          <w:sz w:val="20"/>
        </w:rPr>
        <w:t>Alle notwendigen Informationen und Unterlagen dürfen an den neuen Betreuer übermittelt werden.</w:t>
      </w:r>
    </w:p>
    <w:p/>
    <w:p>
      <w:r>
        <w:rPr>
          <w:b/>
          <w:sz w:val="20"/>
        </w:rPr>
        <w:t>Datenschutz und Einwilligung :</w:t>
      </w:r>
    </w:p>
    <w:p>
      <w:r>
        <w:rPr>
          <w:b w:val="0"/>
          <w:sz w:val="20"/>
        </w:rPr>
        <w:t>Ich bin darüber informiert, dass meine personenbezogenen Daten für die Betreuung und Verwaltung meiner Versicherungsverträge genutzt werden.</w:t>
      </w:r>
    </w:p>
    <w:p>
      <w:r>
        <w:rPr>
          <w:b w:val="0"/>
          <w:sz w:val="20"/>
        </w:rPr>
        <w:t>Die Datenübermittlung erfolgt gemäß den gesetzlichen Datenschutzbestimmungen.</w:t>
      </w:r>
    </w:p>
    <w:p/>
    <w:p>
      <w:r>
        <w:rPr>
          <w:b/>
          <w:sz w:val="20"/>
        </w:rPr>
        <w:t>Hinweise :</w:t>
      </w:r>
    </w:p>
    <w:p>
      <w:r>
        <w:rPr>
          <w:b w:val="0"/>
          <w:sz w:val="20"/>
        </w:rPr>
        <w:t>Der Betreuerwechsel erfolgt ohne Unterbrechung der Versicherungsleistungen.</w:t>
      </w:r>
    </w:p>
    <w:p>
      <w:r>
        <w:rPr>
          <w:b w:val="0"/>
          <w:sz w:val="20"/>
        </w:rPr>
        <w:t>Der neue Betreuer übernimmt die Betreuung ab dem Zeitpunkt der schriftlichen Bestätigung des Wechsels.</w:t>
      </w:r>
    </w:p>
    <w:p>
      <w:r>
        <w:rPr>
          <w:b w:val="0"/>
          <w:sz w:val="20"/>
        </w:rPr>
        <w:t>Etwaige Beiträge und Ansprüche bleiben unverändert bestehen.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https://mustergenau.com/betreuerwechsel-versicherung-vorlage/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betreuerwechsel-versicherun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