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BESCHWERDE ÜBER FÜHRUNGSKRAFT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Abteilung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 : __________________________________________________________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der Führungskraft : __________________________________________</w:t>
      </w:r>
    </w:p>
    <w:p>
      <w:r>
        <w:rPr>
          <w:b w:val="0"/>
          <w:sz w:val="20"/>
        </w:rPr>
        <w:t>Abteilung : 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Beschwerde über das Verhalten der oben genannten Führungskraft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eine formelle Beschwerde über das Verhalten der genannten Führungskraft einreichen. Im Folgenden schildere ich die Vorfälle, die zu dieser Beschwerde führen:</w:t>
      </w:r>
    </w:p>
    <w:p/>
    <w:p>
      <w:r>
        <w:rPr>
          <w:b/>
          <w:sz w:val="20"/>
        </w:rPr>
        <w:t>1. Beschreibung des ersten Vorfalls 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2. Beschreibung weiterer Vorfälle (falls vorhanden) 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Die genannten Vorfälle beeinträchtigen meine Arbeitsleistung sowie das Betriebsklima erheblich. Ich bitte um eine sorgfältige Prüfung und entsprechende Maßnahmen.</w:t>
      </w:r>
    </w:p>
    <w:p/>
    <w:p>
      <w:r>
        <w:rPr>
          <w:b w:val="0"/>
          <w:sz w:val="20"/>
        </w:rPr>
        <w:t>Ich erwarte, dass diese Beschwerde vertraulich behandelt wird und keine Nachteile für mich entstehen.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https://mustergenau.com/beschwerde-uber-fuhrungskraft-muster/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beschwerde-uber-fuhrungskraft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