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ARBEITSVERHÄLTNIS KÜNDIGEN – VORLAGE</w:t>
      </w:r>
    </w:p>
    <w:p/>
    <w:p>
      <w:r>
        <w:rPr>
          <w:b/>
          <w:sz w:val="20"/>
        </w:rPr>
        <w:t>An</w:t>
      </w:r>
    </w:p>
    <w:p>
      <w:r>
        <w:rPr>
          <w:b w:val="0"/>
          <w:sz w:val="20"/>
        </w:rPr>
        <w:t>Firma / Arbeitgeber : ________________________________________________</w:t>
      </w:r>
    </w:p>
    <w:p>
      <w:r>
        <w:rPr>
          <w:b w:val="0"/>
          <w:sz w:val="20"/>
        </w:rPr>
        <w:t>Abteilung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/>
    <w:p/>
    <w:p>
      <w:r>
        <w:rPr>
          <w:b/>
          <w:sz w:val="20"/>
        </w:rPr>
        <w:t>Von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 und Ort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meines Arbeitsverhältnisses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das mit Ihnen bestehende Arbeitsverhältnis ordentlich und fristgerecht zum nächstmöglichen Zeitpunkt.</w:t>
      </w:r>
    </w:p>
    <w:p/>
    <w:p>
      <w:r>
        <w:rPr>
          <w:b w:val="0"/>
          <w:sz w:val="20"/>
        </w:rPr>
        <w:t>Bitte bestätigen Sie mir den Erhalt dieser Kündigung sowie das Beendigungsdatum des Arbeitsverhältnisses schriftlich.</w:t>
      </w:r>
    </w:p>
    <w:p/>
    <w:p>
      <w:r>
        <w:rPr>
          <w:b w:val="0"/>
          <w:sz w:val="20"/>
        </w:rPr>
        <w:t>Ich bitte Sie zudem, mir ein qualifiziertes Arbeitszeugnis auszustellen.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https://mustergenau.com/avd-kundigen-vorlage/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vd-kundigen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