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VORDRUCK AUSFALLGEBÜHR KOSMETIKSTUDIO</w:t>
      </w:r>
    </w:p>
    <w:p/>
    <w:p>
      <w:r>
        <w:rPr>
          <w:b/>
          <w:sz w:val="20"/>
        </w:rPr>
        <w:t>Angaben zur Kundin / zum Kunden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>
      <w:r>
        <w:rPr>
          <w:b w:val="0"/>
          <w:sz w:val="20"/>
        </w:rPr>
        <w:t>E-Mail-Adresse : ____________________________________________________</w:t>
      </w:r>
    </w:p>
    <w:p/>
    <w:p>
      <w:r>
        <w:rPr>
          <w:b/>
          <w:sz w:val="20"/>
        </w:rPr>
        <w:t>Angaben zum Termin :</w:t>
      </w:r>
    </w:p>
    <w:p>
      <w:r>
        <w:rPr>
          <w:b w:val="0"/>
          <w:sz w:val="20"/>
        </w:rPr>
        <w:t>Behandelnder Mitarbeiter : _________________________________________</w:t>
      </w:r>
    </w:p>
    <w:p>
      <w:r>
        <w:rPr>
          <w:b w:val="0"/>
          <w:sz w:val="20"/>
        </w:rPr>
        <w:t>Behandlungsart : ____________________________________________________</w:t>
      </w:r>
    </w:p>
    <w:p>
      <w:r>
        <w:rPr>
          <w:b w:val="0"/>
          <w:sz w:val="20"/>
        </w:rPr>
        <w:t>Uhrzeit : _________________________    Datum : ______________________</w:t>
      </w:r>
    </w:p>
    <w:p/>
    <w:p>
      <w:r>
        <w:rPr>
          <w:b/>
          <w:sz w:val="20"/>
        </w:rPr>
        <w:t>Ausfallgebühr und Bedingungen :</w:t>
      </w:r>
    </w:p>
    <w:p>
      <w:r>
        <w:rPr>
          <w:b w:val="0"/>
          <w:sz w:val="20"/>
        </w:rPr>
        <w:t>Die Kundin / der Kunde verpflichtet sich, vereinbarte Termine mindestens 24 Stunden vor dem Termin abzusagen.</w:t>
      </w:r>
    </w:p>
    <w:p>
      <w:r>
        <w:rPr>
          <w:b w:val="0"/>
          <w:sz w:val="20"/>
        </w:rPr>
        <w:t>Bei nicht fristgerechter Absage oder Nichterscheinen wird eine Ausfallgebühr in Höhe von __________________ EUR fällig.</w:t>
      </w:r>
    </w:p>
    <w:p>
      <w:r>
        <w:rPr>
          <w:b w:val="0"/>
          <w:sz w:val="20"/>
        </w:rPr>
        <w:t>Die Ausfallgebühr dient zur Deckung der entgangenen Einnahmen und Aufwände des Kosmetikstudios.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Mit der Terminvereinbarung erkennt die Kundin / der Kunde die Bedingungen zur Ausfallgebühr an.</w:t>
      </w:r>
    </w:p>
    <w:p/>
    <w:p>
      <w:r>
        <w:rPr>
          <w:b/>
          <w:sz w:val="20"/>
        </w:rPr>
        <w:t>§ 2 – Absagefrist</w:t>
      </w:r>
    </w:p>
    <w:p>
      <w:r>
        <w:rPr>
          <w:b w:val="0"/>
          <w:sz w:val="20"/>
        </w:rPr>
        <w:t>Eine Absage muss mindestens 24 Stunden vor dem vereinbarten Termin erfolgen, andernfalls wird die Ausfallgebühr erhoben.</w:t>
      </w:r>
    </w:p>
    <w:p/>
    <w:p>
      <w:r>
        <w:rPr>
          <w:b/>
          <w:sz w:val="20"/>
        </w:rPr>
        <w:t>§ 3 – Zahlung der Ausfallgebühr</w:t>
      </w:r>
    </w:p>
    <w:p>
      <w:r>
        <w:rPr>
          <w:b w:val="0"/>
          <w:sz w:val="20"/>
        </w:rPr>
        <w:t>Die Ausfallgebühr ist nach Zugang der Rechnung ohne Abzüge innerhalb von 14 Tagen zu zahlen.</w:t>
      </w:r>
    </w:p>
    <w:p/>
    <w:p>
      <w:r>
        <w:rPr>
          <w:b/>
          <w:sz w:val="20"/>
        </w:rPr>
        <w:t>§ 4 – Haftungsausschluss</w:t>
      </w:r>
    </w:p>
    <w:p>
      <w:r>
        <w:rPr>
          <w:b w:val="0"/>
          <w:sz w:val="20"/>
        </w:rPr>
        <w:t>Das Kosmetikstudio haftet nicht für Ausfälle, die durch höhere Gewalt, Krankheit oder unvorhersehbare Ereignisse verursacht werden.</w:t>
      </w:r>
    </w:p>
    <w:p/>
    <w:p>
      <w:r>
        <w:rPr>
          <w:b/>
          <w:sz w:val="20"/>
        </w:rPr>
        <w:t>§ 5 – Salvatorische Klausel</w:t>
      </w:r>
    </w:p>
    <w:p>
      <w:r>
        <w:rPr>
          <w:b w:val="0"/>
          <w:sz w:val="20"/>
        </w:rPr>
        <w:t>Sollten einzelne Bestimmungen dieses Vertrags unwirksam sein, bleibt die Wirksamkeit der übrigen Bestimmungen unberührt.</w:t>
      </w:r>
    </w:p>
    <w:p/>
    <w:p/>
    <w:p>
      <w:r>
        <w:rPr>
          <w:b w:val="0"/>
          <w:sz w:val="20"/>
        </w:rPr>
        <w:t>Ort : ________________________________________    Datum : 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KUNDIN / KUNDE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KOSMETIKSTUDIO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https://mustergenau.com/ausfallgebuhr-kosmetikstudio-vordruck/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ausfallgebuhr-kosmetikstudio-vordruck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