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ÄNDERUNG DES ARBEITSBEGINNS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Zwischen dem Arbeitgeber und dem Arbeitnehmer wird folgendes vereinbart:</w:t>
      </w:r>
    </w:p>
    <w:p/>
    <w:p>
      <w:r>
        <w:rPr>
          <w:b/>
          <w:sz w:val="20"/>
        </w:rPr>
        <w:t>Arbeitgeber:</w:t>
      </w:r>
    </w:p>
    <w:p>
      <w:r>
        <w:rPr>
          <w:b w:val="0"/>
          <w:sz w:val="20"/>
        </w:rPr>
        <w:t>Name/Firma : _______________________________________________</w:t>
      </w:r>
    </w:p>
    <w:p>
      <w:r>
        <w:rPr>
          <w:b w:val="0"/>
          <w:sz w:val="20"/>
        </w:rPr>
        <w:t>Anschrift : _______________________________________________</w:t>
      </w:r>
    </w:p>
    <w:p>
      <w:r>
        <w:rPr>
          <w:b w:val="0"/>
          <w:sz w:val="20"/>
        </w:rPr>
        <w:t>Vertreten durch : _________________________________________</w:t>
      </w:r>
    </w:p>
    <w:p/>
    <w:p>
      <w:r>
        <w:rPr>
          <w:b/>
          <w:sz w:val="20"/>
        </w:rPr>
        <w:t>Arbeitnehmer:</w:t>
      </w:r>
    </w:p>
    <w:p>
      <w:r>
        <w:rPr>
          <w:b w:val="0"/>
          <w:sz w:val="20"/>
        </w:rPr>
        <w:t>Vor- und Nachname : ________________________________________</w:t>
      </w:r>
    </w:p>
    <w:p>
      <w:r>
        <w:rPr>
          <w:b w:val="0"/>
          <w:sz w:val="20"/>
        </w:rPr>
        <w:t>Anschrift : _______________________________________________</w:t>
      </w:r>
    </w:p>
    <w:p>
      <w:r>
        <w:rPr>
          <w:b w:val="0"/>
          <w:sz w:val="20"/>
        </w:rPr>
        <w:t>Geburtsdatum : ___________________________________________</w:t>
      </w:r>
    </w:p>
    <w:p/>
    <w:p>
      <w:r>
        <w:rPr>
          <w:b/>
          <w:sz w:val="20"/>
        </w:rPr>
        <w:t>§ 1 – Änderung des Arbeitsbeginns</w:t>
      </w:r>
    </w:p>
    <w:p>
      <w:r>
        <w:rPr>
          <w:b w:val="0"/>
          <w:sz w:val="20"/>
        </w:rPr>
        <w:t>Der ursprünglich vereinbarte Arbeitsbeginn wird hiermit einvernehmlich geändert.</w:t>
      </w:r>
    </w:p>
    <w:p>
      <w:r>
        <w:rPr>
          <w:b w:val="0"/>
          <w:sz w:val="20"/>
        </w:rPr>
        <w:t>Neuer Beginn des Arbeitsverhältnisses : _________________________</w:t>
      </w:r>
    </w:p>
    <w:p/>
    <w:p>
      <w:r>
        <w:rPr>
          <w:b/>
          <w:sz w:val="20"/>
        </w:rPr>
        <w:t>§ 2 – Sonstige Vereinbarungen</w:t>
      </w:r>
    </w:p>
    <w:p>
      <w:r>
        <w:rPr>
          <w:b w:val="0"/>
          <w:sz w:val="20"/>
        </w:rPr>
        <w:t>Alle weiteren Bedingungen des Arbeitsvertrags bleiben unverändert und gelten weiterhin.</w:t>
      </w:r>
    </w:p>
    <w:p/>
    <w:p>
      <w:r>
        <w:rPr>
          <w:b/>
          <w:sz w:val="20"/>
        </w:rPr>
        <w:t>§ 3 – Gültigkeit</w:t>
      </w:r>
    </w:p>
    <w:p>
      <w:r>
        <w:rPr>
          <w:b w:val="0"/>
          <w:sz w:val="20"/>
        </w:rPr>
        <w:t>Diese Vereinbarung tritt mit Unterzeichnung durch beide Parteien in Kraft.</w:t>
      </w:r>
    </w:p>
    <w:p/>
    <w:p/>
    <w:p>
      <w:r>
        <w:rPr>
          <w:b w:val="0"/>
          <w:sz w:val="20"/>
        </w:rPr>
        <w:t>Ort : ____________________________</w:t>
      </w:r>
    </w:p>
    <w:p>
      <w:r>
        <w:rPr>
          <w:b w:val="0"/>
          <w:sz w:val="20"/>
        </w:rPr>
        <w:t>Datum : 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https://mustergenau.com/arbeitsvertrag-beginn-verschieben/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arbeitsvertrag-beginn-verschieben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