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ANSPRUCHSCHREIBEN – MUSTERVORLAGE</w:t>
      </w:r>
    </w:p>
    <w:p/>
    <w:p/>
    <w:p>
      <w:r>
        <w:rPr>
          <w:b/>
          <w:sz w:val="20"/>
        </w:rPr>
        <w:t>Absender :</w:t>
      </w:r>
    </w:p>
    <w:p>
      <w:r>
        <w:rPr>
          <w:b w:val="0"/>
          <w:sz w:val="20"/>
        </w:rPr>
        <w:t>Name : __________________________________________________________</w:t>
      </w:r>
    </w:p>
    <w:p>
      <w:r>
        <w:rPr>
          <w:b w:val="0"/>
          <w:sz w:val="20"/>
        </w:rPr>
        <w:t>Anschrift : _______________________________________________________</w:t>
      </w:r>
    </w:p>
    <w:p>
      <w:r>
        <w:rPr>
          <w:b w:val="0"/>
          <w:sz w:val="20"/>
        </w:rPr>
        <w:t>Telefonnummer : __________________________________________________</w:t>
      </w:r>
    </w:p>
    <w:p>
      <w:r>
        <w:rPr>
          <w:b w:val="0"/>
          <w:sz w:val="20"/>
        </w:rPr>
        <w:t>E-Mail : __________________________________________________________</w:t>
      </w:r>
    </w:p>
    <w:p/>
    <w:p>
      <w:r>
        <w:rPr>
          <w:b/>
          <w:sz w:val="20"/>
        </w:rPr>
        <w:t>Empfänger :</w:t>
      </w:r>
    </w:p>
    <w:p>
      <w:r>
        <w:rPr>
          <w:b w:val="0"/>
          <w:sz w:val="20"/>
        </w:rPr>
        <w:t>Name / Firma : _________________________________________________</w:t>
      </w:r>
    </w:p>
    <w:p>
      <w:r>
        <w:rPr>
          <w:b w:val="0"/>
          <w:sz w:val="20"/>
        </w:rPr>
        <w:t>Anschrift : _______________________________________________________</w:t>
      </w:r>
    </w:p>
    <w:p/>
    <w:p>
      <w:r>
        <w:rPr>
          <w:b/>
          <w:sz w:val="20"/>
        </w:rPr>
        <w:t>Betreff :</w:t>
      </w:r>
    </w:p>
    <w:p>
      <w:r>
        <w:rPr>
          <w:b w:val="0"/>
          <w:sz w:val="20"/>
        </w:rPr>
        <w:t>Anspruch auf [Leistung / Zahlung / Lieferung] gemäß Vertrag</w:t>
      </w:r>
    </w:p>
    <w:p/>
    <w:p/>
    <w:p>
      <w:r>
        <w:rPr>
          <w:b w:val="0"/>
          <w:sz w:val="20"/>
        </w:rPr>
        <w:t>Sehr geehrte Damen und Herren,</w:t>
      </w:r>
    </w:p>
    <w:p/>
    <w:p>
      <w:r>
        <w:rPr>
          <w:b w:val="0"/>
          <w:sz w:val="20"/>
        </w:rPr>
        <w:t>hiermit mache ich/ wir den Anspruch geltend, der sich aus folgendem Sachverhalt ergibt:</w:t>
      </w:r>
    </w:p>
    <w:p/>
    <w:p>
      <w:r>
        <w:rPr>
          <w:b/>
          <w:sz w:val="20"/>
        </w:rPr>
        <w:t>1. Sachverhalt</w:t>
      </w:r>
    </w:p>
    <w:p>
      <w:r>
        <w:rPr>
          <w:b w:val="0"/>
          <w:sz w:val="20"/>
        </w:rPr>
        <w:t>Am __________________________ wurde zwischen mir/uns und Ihnen ein Vertrag geschlossen, in welchem folgende Leistung vereinbart wurde: _______________________________. Diese Leistung wurde bis heute nicht/ nicht vollständig/ nicht vertragsgemäß erbracht.</w:t>
      </w:r>
    </w:p>
    <w:p/>
    <w:p>
      <w:r>
        <w:rPr>
          <w:b/>
          <w:sz w:val="20"/>
        </w:rPr>
        <w:t>2. Anspruchsgrundlage</w:t>
      </w:r>
    </w:p>
    <w:p>
      <w:r>
        <w:rPr>
          <w:b w:val="0"/>
          <w:sz w:val="20"/>
        </w:rPr>
        <w:t>Gemäß § 433 BGB ist der Verkäufer verpflichtet, dem Käufer die Sache frei von Sach- und Rechtsmängeln zu übergeben. Ich/Wir mache(n) diesen Anspruch hiermit geltend und fordere(n) Sie auf, den Vertrag ordnungsgemäß zu erfüllen.</w:t>
      </w:r>
    </w:p>
    <w:p/>
    <w:p>
      <w:r>
        <w:rPr>
          <w:b/>
          <w:sz w:val="20"/>
        </w:rPr>
        <w:t>3. Fristsetzung</w:t>
      </w:r>
    </w:p>
    <w:p>
      <w:r>
        <w:rPr>
          <w:b w:val="0"/>
          <w:sz w:val="20"/>
        </w:rPr>
        <w:t>Ich/Wir setze(n) Ihnen hiermit eine Frist von 14 Tagen ab Zugang dieses Schreibens, um die geschuldete Leistung zu erbringen oder den Mangel zu beheben. Sollte die Frist fruchtlos verstreichen, behalte ich/ wir mir weitere rechtliche Schritte vor.</w:t>
      </w:r>
    </w:p>
    <w:p/>
    <w:p>
      <w:r>
        <w:rPr>
          <w:b/>
          <w:sz w:val="20"/>
        </w:rPr>
        <w:t>4. Aufforderung</w:t>
      </w:r>
    </w:p>
    <w:p>
      <w:r>
        <w:rPr>
          <w:b w:val="0"/>
          <w:sz w:val="20"/>
        </w:rPr>
        <w:t>Bitte überweisen Sie den ausstehenden Betrag/ erbringen Sie die Leistung umgehend auf das bekannte Konto/ oder kontaktieren Sie mich/uns zur Klärung der Angelegenheit.</w:t>
      </w:r>
    </w:p>
    <w:p/>
    <w:p/>
    <w:p>
      <w:r>
        <w:rPr>
          <w:b w:val="0"/>
          <w:sz w:val="20"/>
        </w:rPr>
        <w:t>Mit freundlichen Grüßen,</w:t>
      </w:r>
    </w:p>
    <w:p/>
    <w:p/>
    <w:p/>
    <w:p/>
    <w:p>
      <w:pPr>
        <w:jc w:val="center"/>
      </w:pPr>
      <w:r>
        <w:rPr>
          <w:b w:val="0"/>
          <w:sz w:val="20"/>
        </w:rPr>
        <w:t>_____________________________</w:t>
      </w:r>
    </w:p>
    <w:p>
      <w:pPr>
        <w:jc w:val="center"/>
      </w:pPr>
      <w:r>
        <w:rPr>
          <w:b w:val="0"/>
          <w:sz w:val="20"/>
        </w:rPr>
        <w:t>Unterschrift Absender</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Anlagen:</w:t>
            </w:r>
          </w:p>
        </w:tc>
      </w:tr>
      <w:tr>
        <w:tc>
          <w:tcPr>
            <w:tcW w:type="dxa" w:w="9972"/>
            <w:tcBorders>
              <w:top w:val="nil"/>
              <w:left w:val="nil"/>
              <w:bottom w:val="nil"/>
              <w:right w:val="nil"/>
              <w:insideH w:val="nil"/>
              <w:insideV w:val="nil"/>
            </w:tcBorders>
          </w:tcPr>
          <w:p>
            <w:pPr>
              <w:jc w:val="left"/>
            </w:pPr>
            <w:r>
              <w:t>- Kopie Vertrag</w:t>
              <w:br/>
              <w:t>- Schriftverkehr</w:t>
              <w:br/>
              <w:t>- Sonstige Nachweise</w:t>
            </w:r>
          </w:p>
        </w:tc>
      </w:tr>
    </w:tbl>
    <w:p>
      <w:r>
        <w:br w:type="page"/>
      </w:r>
    </w:p>
    <w:p>
      <w:pPr>
        <w:jc w:val="center"/>
      </w:pPr>
      <w:r>
        <w:rPr>
          <w:color w:val="555555"/>
          <w:sz w:val="24"/>
        </w:rPr>
        <w:t>Originalquelle dieses Dokuments:</w:t>
      </w:r>
    </w:p>
    <w:p>
      <w:pPr>
        <w:jc w:val="center"/>
      </w:pPr>
      <w:hyperlink r:id="rId9">
        <w:r>
          <w:rPr>
            <w:color w:val="0000FF"/>
            <w:u w:val="single"/>
          </w:rPr>
          <w:t>https://mustergenau.com/anspruchsschreiben-muster/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https://mustergenau.com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mustergenau.com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genau.com/anspruchsschreiben-muster/" TargetMode="External"/><Relationship Id="rId10" Type="http://schemas.openxmlformats.org/officeDocument/2006/relationships/hyperlink" Target="https://mustergen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