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ANDROHUNG DER ERSATZVORNAHME</w:t>
      </w:r>
    </w:p>
    <w:p/>
    <w:p>
      <w:r>
        <w:rPr>
          <w:b/>
          <w:sz w:val="20"/>
        </w:rPr>
        <w:t>Absender :</w:t>
      </w:r>
    </w:p>
    <w:p>
      <w:r>
        <w:rPr>
          <w:b w:val="0"/>
          <w:sz w:val="20"/>
        </w:rPr>
        <w:t>Name/Firma : __________________________________________________________</w:t>
      </w:r>
    </w:p>
    <w:p>
      <w:r>
        <w:rPr>
          <w:b w:val="0"/>
          <w:sz w:val="20"/>
        </w:rPr>
        <w:t>Anschrift : _____________________________________________________________</w:t>
      </w:r>
    </w:p>
    <w:p>
      <w:r>
        <w:rPr>
          <w:b w:val="0"/>
          <w:sz w:val="20"/>
        </w:rPr>
        <w:t>Telefon : _______________________________________________________________</w:t>
      </w:r>
    </w:p>
    <w:p/>
    <w:p>
      <w:r>
        <w:rPr>
          <w:b/>
          <w:sz w:val="20"/>
        </w:rPr>
        <w:t>Empfänger :</w:t>
      </w:r>
    </w:p>
    <w:p>
      <w:r>
        <w:rPr>
          <w:b w:val="0"/>
          <w:sz w:val="20"/>
        </w:rPr>
        <w:t>Name/Firma : __________________________________________________________</w:t>
      </w:r>
    </w:p>
    <w:p>
      <w:r>
        <w:rPr>
          <w:b w:val="0"/>
          <w:sz w:val="20"/>
        </w:rPr>
        <w:t>Anschrift : _____________________________________________________________</w:t>
      </w:r>
    </w:p>
    <w:p>
      <w:r>
        <w:rPr>
          <w:b w:val="0"/>
          <w:sz w:val="20"/>
        </w:rPr>
        <w:t>Telefon : _______________________________________________________________</w:t>
      </w:r>
    </w:p>
    <w:p/>
    <w:p>
      <w:r>
        <w:rPr>
          <w:b/>
          <w:sz w:val="20"/>
        </w:rPr>
        <w:t>Betreff :</w:t>
      </w:r>
    </w:p>
    <w:p>
      <w:r>
        <w:rPr>
          <w:b w:val="0"/>
          <w:sz w:val="20"/>
        </w:rPr>
        <w:t>Androhung der Ersatzvornahme wegen unterlassener Leistungserbringung</w:t>
      </w:r>
    </w:p>
    <w:p/>
    <w:p>
      <w:r>
        <w:rPr>
          <w:b w:val="0"/>
          <w:sz w:val="20"/>
        </w:rPr>
        <w:t>Sehr geehrte Damen und Herren,</w:t>
      </w:r>
    </w:p>
    <w:p>
      <w:r>
        <w:rPr>
          <w:b w:val="0"/>
          <w:sz w:val="20"/>
        </w:rPr>
        <w:t>hiermit setze ich Sie letztmalig in Verzug und fordere Sie auf, die geschuldete Leistung unverzüglich zu erbringen. Sollte die Leistung nicht innerhalb der gesetzten Frist erfolgen, werde ich gemäß § 637 BGB Ersatzvornahme durchführen und Ihnen die entstehenden Kosten in Rechnung stellen.</w:t>
      </w:r>
    </w:p>
    <w:p/>
    <w:p>
      <w:r>
        <w:rPr>
          <w:b/>
          <w:sz w:val="20"/>
        </w:rPr>
        <w:t>Beschreibung der geschuldeten Leistung :</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Fristsetzung :</w:t>
      </w:r>
    </w:p>
    <w:p>
      <w:r>
        <w:rPr>
          <w:b w:val="0"/>
          <w:sz w:val="20"/>
        </w:rPr>
        <w:t>Ich setze Ihnen hiermit eine Frist von _______ Tagen ab Zugang dieses Schreibens, um die Leistung zu erbringen.</w:t>
      </w:r>
    </w:p>
    <w:p/>
    <w:p>
      <w:r>
        <w:rPr>
          <w:b/>
          <w:sz w:val="20"/>
        </w:rPr>
        <w:t>Rechtsfolgen :</w:t>
      </w:r>
    </w:p>
    <w:p>
      <w:r>
        <w:rPr>
          <w:b w:val="0"/>
          <w:sz w:val="20"/>
        </w:rPr>
        <w:t>Sollte die Leistung nicht fristgerecht erfolgen, werde ich Ersatzvornahme durchführen lassen und die dadurch entstehenden Kosten von Ihnen verlangen. Dies umfasst insbesondere alle Aufwendungen, die notwendig sind, um die Leistung durch Dritte ausführen zu lassen.</w:t>
      </w:r>
    </w:p>
    <w:p/>
    <w:p>
      <w:r>
        <w:rPr>
          <w:b/>
          <w:sz w:val="20"/>
        </w:rPr>
        <w:t>Zahlungsaufforderung :</w:t>
      </w:r>
    </w:p>
    <w:p>
      <w:r>
        <w:rPr>
          <w:b w:val="0"/>
          <w:sz w:val="20"/>
        </w:rPr>
        <w:t>Bitte beachten Sie, dass bei Ersatzvornahme die Kosten unabhängig von einer eventuellen Haftung Ihrerseits von Ihnen zu tragen sind.</w:t>
      </w:r>
    </w:p>
    <w:p/>
    <w:p>
      <w:r>
        <w:rPr>
          <w:b/>
          <w:sz w:val="20"/>
        </w:rPr>
        <w:t>Kontaktaufnahme :</w:t>
      </w:r>
    </w:p>
    <w:p>
      <w:r>
        <w:rPr>
          <w:b w:val="0"/>
          <w:sz w:val="20"/>
        </w:rPr>
        <w:t>Sollten Sie Fragen haben oder eine einvernehmliche Lösung anstreben, bitte ich um unverzügliche Kontaktaufnahme.</w:t>
      </w:r>
    </w:p>
    <w:p/>
    <w:p/>
    <w:p>
      <w:r>
        <w:rPr>
          <w:b w:val="0"/>
          <w:sz w:val="20"/>
        </w:rPr>
        <w:t>Ort : _________________________    Datum : 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Absender</w:t>
            </w:r>
          </w:p>
        </w:tc>
        <w:tc>
          <w:tcPr>
            <w:tcW w:type="dxa" w:w="4986"/>
            <w:tcBorders>
              <w:top w:val="nil"/>
              <w:left w:val="nil"/>
              <w:bottom w:val="nil"/>
              <w:right w:val="nil"/>
              <w:insideH w:val="nil"/>
              <w:insideV w:val="nil"/>
            </w:tcBorders>
          </w:tcPr>
          <w:p>
            <w:pPr>
              <w:jc w:val="center"/>
            </w:pPr>
            <w:r>
              <w:t>Empfänger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https://mustergenau.com/androhung-ersatzvornahme-muster/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androhung-ersatzvornahme-muster/"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