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ÄNDERUNGSKÜNDIGUNG DES GARAGENMIETVERTRAGS</w:t>
      </w:r>
    </w:p>
    <w:p/>
    <w:p>
      <w:r>
        <w:rPr>
          <w:b/>
          <w:sz w:val="20"/>
        </w:rPr>
        <w:t>Vermieter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/>
          <w:sz w:val="20"/>
        </w:rPr>
        <w:t>Mieter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/>
          <w:sz w:val="20"/>
        </w:rPr>
        <w:t>Garage :</w:t>
      </w:r>
    </w:p>
    <w:p>
      <w:r>
        <w:rPr>
          <w:b w:val="0"/>
          <w:sz w:val="20"/>
        </w:rPr>
        <w:t>Adresse : __________________________________________________________</w:t>
      </w:r>
    </w:p>
    <w:p/>
    <w:p>
      <w:r>
        <w:rPr>
          <w:b w:val="0"/>
          <w:sz w:val="20"/>
        </w:rPr>
        <w:t>Sehr geehrte/r Herr/Frau ________________,</w:t>
      </w:r>
    </w:p>
    <w:p/>
    <w:p>
      <w:r>
        <w:rPr>
          <w:b w:val="0"/>
          <w:sz w:val="20"/>
        </w:rPr>
        <w:t>hiermit kündige ich den zwischen uns bestehenden Mietvertrag über die oben genannte Garage unter Einhaltung der vertraglich vereinbarten Kündigungsfrist und gemäß den gesetzlichen Bestimmungen. Die Kündigung erfolgt aus folgenden Gründen:</w:t>
      </w:r>
    </w:p>
    <w:p/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Die Änderung beinhaltet insbesondere folgende Punkte: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Ich bitte Sie, mir die Annahme dieser Änderung schriftlich zu bestätigen. Sollte keine Einigung erzielt werden, gelten weiterhin die bisherigen Mietvertragsbedingungen.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https://mustergenau.com/anderungskundigung-garage-vorlage/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anderungskundigung-garage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