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ABMELDUNG AUS DEM VEREIN</w:t>
      </w:r>
    </w:p>
    <w:p/>
    <w:p>
      <w:r>
        <w:rPr>
          <w:b/>
          <w:sz w:val="20"/>
        </w:rPr>
        <w:t>Angaben des Mitglieds zur Abmeldung: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Mitgliedsnummer : 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Verein:</w:t>
      </w:r>
    </w:p>
    <w:p>
      <w:r>
        <w:rPr>
          <w:b w:val="0"/>
          <w:sz w:val="20"/>
        </w:rPr>
        <w:t>Name des Vereins : _________________________________________________</w:t>
      </w:r>
    </w:p>
    <w:p>
      <w:r>
        <w:rPr>
          <w:b w:val="0"/>
          <w:sz w:val="20"/>
        </w:rPr>
        <w:t>Anschrift des Vereins : ______________________________________________</w:t>
      </w:r>
    </w:p>
    <w:p/>
    <w:p>
      <w:r>
        <w:rPr>
          <w:b/>
          <w:sz w:val="20"/>
        </w:rPr>
        <w:t>Grund der Abmeldung: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 xml:space="preserve">Hiermit erkläre ich, dass ich meine Mitgliedschaft im oben genannten Verein kündige. </w:t>
      </w:r>
    </w:p>
    <w:p>
      <w:r>
        <w:rPr>
          <w:b w:val="0"/>
          <w:sz w:val="20"/>
        </w:rPr>
        <w:t>Ich bestätige, dass ich keine Ansprüche aus der Mitgliedschaft geltend mache und alle vereinsbezogenen Pflichten erfüllt habe.</w:t>
      </w:r>
    </w:p>
    <w:p/>
    <w:p>
      <w:r>
        <w:rPr>
          <w:b w:val="0"/>
          <w:sz w:val="20"/>
        </w:rPr>
        <w:t>Die Kündigung erfolgt fristgerecht gemäß der Vereinssatzung. Etwaige Beitragszahlungen bis zum Ende der Kündigungsfrist werde ich leisten.</w:t>
      </w:r>
    </w:p>
    <w:p/>
    <w:p>
      <w:r>
        <w:rPr>
          <w:b/>
          <w:sz w:val="20"/>
        </w:rPr>
        <w:t>Bestätigung des Vereins:</w:t>
      </w:r>
    </w:p>
    <w:p>
      <w:r>
        <w:rPr>
          <w:b w:val="0"/>
          <w:sz w:val="20"/>
        </w:rPr>
        <w:t>Hiermit bestätigt der Verein die Abmeldung des Mitglieds zum nächstmöglichen Zeitpunkt.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MITGLIED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VEREIN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https://mustergenau.com/abmeldung-vom-verein-muster/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abmeldung-vom-verei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